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p14">
  <w:body>
    <w:p w:rsidRPr="00B705D8" w:rsidR="00ED73F7" w:rsidP="008C5A37" w:rsidRDefault="008C5A37" w14:paraId="4AC5E14A" w14:textId="7BF4F7E3">
      <w:pPr>
        <w:pStyle w:val="Ttulo"/>
        <w:jc w:val="center"/>
        <w:rPr>
          <w:rFonts w:ascii="Calibri" w:hAnsi="Calibri" w:cs="Calibri"/>
          <w:sz w:val="32"/>
          <w:szCs w:val="32"/>
        </w:rPr>
      </w:pPr>
      <w:r w:rsidRPr="00D83D4F">
        <w:rPr>
          <w:rFonts w:ascii="Calibri" w:hAnsi="Calibri" w:cs="Calibri"/>
          <w:sz w:val="32"/>
          <w:szCs w:val="32"/>
          <w:lang w:val="es-ES"/>
        </w:rPr>
        <w:t>Título de la comunicación oral</w:t>
      </w:r>
      <w:r w:rsidRPr="00216034" w:rsidR="00B705D8">
        <w:rPr>
          <w:rFonts w:ascii="Calibri" w:hAnsi="Calibri" w:eastAsia="Times New Roman" w:cs="Calibri"/>
          <w:bCs/>
          <w:kern w:val="0"/>
          <w:szCs w:val="28"/>
          <w:lang w:val="es-ES" w:eastAsia="es-ES"/>
        </w:rPr>
        <w:t xml:space="preserve"> </w:t>
      </w:r>
      <w:r w:rsidRPr="00163E81" w:rsidR="00B705D8">
        <w:rPr>
          <w:rStyle w:val="Refdenotaalpie"/>
          <w:smallCaps/>
        </w:rPr>
        <w:footnoteReference w:id="1"/>
      </w:r>
    </w:p>
    <w:p w:rsidR="00D83D4F" w:rsidP="00D83D4F" w:rsidRDefault="00D83D4F" w14:paraId="0E920F40" w14:textId="77777777">
      <w:pPr>
        <w:pStyle w:val="NombredeAutoresas"/>
        <w:rPr>
          <w:lang w:val="es-ES_tradnl"/>
        </w:rPr>
      </w:pPr>
      <w:bookmarkStart w:name="_Toc488223962" w:id="0"/>
      <w:r>
        <w:rPr>
          <w:lang w:val="es-ES_tradnl"/>
        </w:rPr>
        <w:t xml:space="preserve">Nombre Apellidos autor/a 1 </w:t>
      </w:r>
      <w:r>
        <w:rPr>
          <w:vertAlign w:val="superscript"/>
        </w:rPr>
        <w:t>1</w:t>
      </w:r>
      <w:bookmarkEnd w:id="0"/>
    </w:p>
    <w:p w:rsidR="00D83D4F" w:rsidP="00D83D4F" w:rsidRDefault="00D83D4F" w14:paraId="145FB08B" w14:textId="77777777">
      <w:pPr>
        <w:pStyle w:val="NombredeAutoresas"/>
        <w:rPr>
          <w:vertAlign w:val="superscript"/>
        </w:rPr>
      </w:pPr>
      <w:bookmarkStart w:name="_Toc488223963" w:id="1"/>
      <w:r>
        <w:rPr>
          <w:lang w:val="es-ES_tradnl"/>
        </w:rPr>
        <w:t xml:space="preserve">Nombre Apellidos autor/a 2 </w:t>
      </w:r>
      <w:r>
        <w:rPr>
          <w:vertAlign w:val="superscript"/>
        </w:rPr>
        <w:t>2</w:t>
      </w:r>
      <w:bookmarkEnd w:id="1"/>
    </w:p>
    <w:p w:rsidR="00D83D4F" w:rsidP="00D83D4F" w:rsidRDefault="00D83D4F" w14:paraId="36048802" w14:textId="77777777">
      <w:pPr>
        <w:pStyle w:val="NombredeAutoresas"/>
        <w:rPr>
          <w:vertAlign w:val="superscript"/>
        </w:rPr>
      </w:pPr>
      <w:r>
        <w:rPr>
          <w:lang w:val="es-ES_tradnl"/>
        </w:rPr>
        <w:t xml:space="preserve">Nombre Apellidos autor/a 3 </w:t>
      </w:r>
      <w:r>
        <w:rPr>
          <w:vertAlign w:val="superscript"/>
        </w:rPr>
        <w:t>3</w:t>
      </w:r>
    </w:p>
    <w:p w:rsidR="00D83D4F" w:rsidP="00D83D4F" w:rsidRDefault="00D83D4F" w14:paraId="66E28173" w14:textId="77777777">
      <w:pPr>
        <w:pStyle w:val="NombredeAutoresas"/>
        <w:rPr>
          <w:lang w:val="es-ES_tradnl"/>
        </w:rPr>
      </w:pPr>
      <w:r>
        <w:rPr>
          <w:vertAlign w:val="superscript"/>
        </w:rPr>
        <w:t>....</w:t>
      </w:r>
    </w:p>
    <w:p w:rsidRPr="00D83D4F" w:rsidR="00D83D4F" w:rsidP="00D83D4F" w:rsidRDefault="00D83D4F" w14:paraId="1A8D18FB" w14:textId="77777777">
      <w:pPr>
        <w:pStyle w:val="Institucinautora"/>
        <w:spacing w:after="0"/>
        <w:rPr>
          <w:lang w:val="es-ES"/>
        </w:rPr>
      </w:pPr>
      <w:r w:rsidRPr="00D83D4F">
        <w:rPr>
          <w:vertAlign w:val="superscript"/>
          <w:lang w:val="es-ES"/>
        </w:rPr>
        <w:t xml:space="preserve">1 </w:t>
      </w:r>
      <w:proofErr w:type="gramStart"/>
      <w:r w:rsidRPr="00D83D4F">
        <w:rPr>
          <w:lang w:val="es-ES"/>
        </w:rPr>
        <w:t>Institución</w:t>
      </w:r>
      <w:proofErr w:type="gramEnd"/>
      <w:r w:rsidRPr="00D83D4F">
        <w:rPr>
          <w:lang w:val="es-ES"/>
        </w:rPr>
        <w:t xml:space="preserve"> autor/a 1, País (Bell MT, 10)</w:t>
      </w:r>
    </w:p>
    <w:p w:rsidRPr="00D83D4F" w:rsidR="00D83D4F" w:rsidP="00D83D4F" w:rsidRDefault="00D83D4F" w14:paraId="320426DB" w14:textId="77777777">
      <w:pPr>
        <w:pStyle w:val="Institucinautora"/>
        <w:spacing w:before="0" w:after="0"/>
        <w:rPr>
          <w:lang w:val="es-ES"/>
        </w:rPr>
      </w:pPr>
      <w:r w:rsidRPr="00D83D4F">
        <w:rPr>
          <w:vertAlign w:val="superscript"/>
          <w:lang w:val="es-ES"/>
        </w:rPr>
        <w:t>2</w:t>
      </w:r>
      <w:r w:rsidRPr="00D83D4F">
        <w:rPr>
          <w:lang w:val="es-ES"/>
        </w:rPr>
        <w:t xml:space="preserve"> </w:t>
      </w:r>
      <w:proofErr w:type="gramStart"/>
      <w:r w:rsidRPr="00D83D4F">
        <w:rPr>
          <w:lang w:val="es-ES"/>
        </w:rPr>
        <w:t>Institución</w:t>
      </w:r>
      <w:proofErr w:type="gramEnd"/>
      <w:r w:rsidRPr="00D83D4F">
        <w:rPr>
          <w:lang w:val="es-ES"/>
        </w:rPr>
        <w:t xml:space="preserve"> autor/a 2, País (Bell MT, 10)</w:t>
      </w:r>
    </w:p>
    <w:p w:rsidRPr="00D83D4F" w:rsidR="00D83D4F" w:rsidP="00D83D4F" w:rsidRDefault="00D83D4F" w14:paraId="645378F2" w14:textId="77777777">
      <w:pPr>
        <w:pStyle w:val="Institucinautora"/>
        <w:spacing w:before="0"/>
        <w:rPr>
          <w:lang w:val="es-ES"/>
        </w:rPr>
      </w:pPr>
      <w:r w:rsidRPr="00D83D4F">
        <w:rPr>
          <w:vertAlign w:val="superscript"/>
          <w:lang w:val="es-ES"/>
        </w:rPr>
        <w:t>3</w:t>
      </w:r>
      <w:r w:rsidRPr="00D83D4F">
        <w:rPr>
          <w:lang w:val="es-ES"/>
        </w:rPr>
        <w:t xml:space="preserve"> </w:t>
      </w:r>
      <w:proofErr w:type="gramStart"/>
      <w:r w:rsidRPr="00D83D4F">
        <w:rPr>
          <w:lang w:val="es-ES"/>
        </w:rPr>
        <w:t>Institución</w:t>
      </w:r>
      <w:proofErr w:type="gramEnd"/>
      <w:r w:rsidRPr="00D83D4F">
        <w:rPr>
          <w:lang w:val="es-ES"/>
        </w:rPr>
        <w:t xml:space="preserve"> autor/a 2, País (Bell MT, 10)</w:t>
      </w:r>
    </w:p>
    <w:p w:rsidRPr="00B705D8" w:rsidR="00D83D4F" w:rsidP="00D83D4F" w:rsidRDefault="00D83D4F" w14:paraId="7153D080" w14:textId="77777777">
      <w:pPr>
        <w:pStyle w:val="Institucinautora"/>
        <w:rPr>
          <w:lang w:val="es-ES"/>
        </w:rPr>
      </w:pPr>
      <w:r w:rsidRPr="00B705D8">
        <w:rPr>
          <w:lang w:val="es-ES"/>
        </w:rPr>
        <w:t>Email autor/a de correspondencia</w:t>
      </w:r>
    </w:p>
    <w:p w:rsidR="00D908E5" w:rsidP="00D908E5" w:rsidRDefault="00D908E5" w14:paraId="017B0DD8" w14:textId="6F99B211">
      <w:pPr>
        <w:spacing w:after="0" w:line="240" w:lineRule="auto"/>
        <w:jc w:val="center"/>
        <w:textAlignment w:val="baseline"/>
        <w:rPr>
          <w:rFonts w:eastAsia="Times New Roman" w:cs="Calibri"/>
          <w:b/>
          <w:bCs/>
          <w:sz w:val="24"/>
          <w:szCs w:val="24"/>
          <w:lang w:val="es-ES" w:eastAsia="es-ES"/>
        </w:rPr>
      </w:pPr>
      <w:r w:rsidRPr="00CB5048">
        <w:rPr>
          <w:rFonts w:eastAsia="Times New Roman" w:cs="Calibri"/>
          <w:sz w:val="24"/>
          <w:szCs w:val="24"/>
          <w:highlight w:val="yellow"/>
          <w:lang w:val="es-ES" w:eastAsia="es-ES"/>
        </w:rPr>
        <w:t xml:space="preserve">La extensión del trabajo será de </w:t>
      </w:r>
      <w:r w:rsidRPr="00CB5048">
        <w:rPr>
          <w:rFonts w:eastAsia="Times New Roman" w:cs="Calibri"/>
          <w:highlight w:val="yellow"/>
          <w:lang w:val="es-ES" w:eastAsia="es-ES"/>
        </w:rPr>
        <w:t xml:space="preserve">entre 1250 y 1500 </w:t>
      </w:r>
      <w:r w:rsidRPr="00CB5048">
        <w:rPr>
          <w:highlight w:val="yellow"/>
          <w:lang w:val="es-ES"/>
        </w:rPr>
        <w:t>palabras (</w:t>
      </w:r>
      <w:r>
        <w:rPr>
          <w:highlight w:val="yellow"/>
          <w:lang w:val="es-ES"/>
        </w:rPr>
        <w:t>incluyendo</w:t>
      </w:r>
      <w:r w:rsidRPr="00CB5048">
        <w:rPr>
          <w:highlight w:val="yellow"/>
          <w:lang w:val="es-ES"/>
        </w:rPr>
        <w:t xml:space="preserve"> resumen, </w:t>
      </w:r>
      <w:proofErr w:type="spellStart"/>
      <w:r w:rsidRPr="00CB5048">
        <w:rPr>
          <w:highlight w:val="yellow"/>
          <w:lang w:val="es-ES"/>
        </w:rPr>
        <w:t>abstract</w:t>
      </w:r>
      <w:proofErr w:type="spellEnd"/>
      <w:r w:rsidRPr="00CB5048">
        <w:rPr>
          <w:highlight w:val="yellow"/>
          <w:lang w:val="es-ES"/>
        </w:rPr>
        <w:t xml:space="preserve">, palabras clave, </w:t>
      </w:r>
      <w:proofErr w:type="spellStart"/>
      <w:r w:rsidRPr="00CB5048">
        <w:rPr>
          <w:highlight w:val="yellow"/>
          <w:lang w:val="es-ES"/>
        </w:rPr>
        <w:t>keywords</w:t>
      </w:r>
      <w:proofErr w:type="spellEnd"/>
      <w:r w:rsidRPr="00CB5048">
        <w:rPr>
          <w:highlight w:val="yellow"/>
          <w:lang w:val="es-ES"/>
        </w:rPr>
        <w:t xml:space="preserve"> y referencias bibliográficas)</w:t>
      </w:r>
      <w:r w:rsidRPr="00CB5048">
        <w:rPr>
          <w:rFonts w:eastAsia="Times New Roman" w:cs="Calibri"/>
          <w:b/>
          <w:bCs/>
          <w:sz w:val="24"/>
          <w:szCs w:val="24"/>
          <w:lang w:val="es-ES" w:eastAsia="es-ES"/>
        </w:rPr>
        <w:t xml:space="preserve"> </w:t>
      </w:r>
    </w:p>
    <w:p w:rsidR="00D908E5" w:rsidP="00D83D4F" w:rsidRDefault="00D908E5" w14:paraId="228F10C8" w14:textId="77777777">
      <w:pPr>
        <w:pStyle w:val="Ttulo1"/>
        <w:rPr>
          <w:rFonts w:ascii="Calibri" w:hAnsi="Calibri" w:cs="Calibri"/>
          <w:color w:val="0D4F8E"/>
          <w:sz w:val="24"/>
          <w:szCs w:val="24"/>
          <w:lang w:val="es-ES"/>
        </w:rPr>
      </w:pPr>
    </w:p>
    <w:p w:rsidRPr="00D83D4F" w:rsidR="00ED73F7" w:rsidP="00D83D4F" w:rsidRDefault="00420138" w14:paraId="2B591938" w14:textId="76512897">
      <w:pPr>
        <w:pStyle w:val="Ttulo1"/>
        <w:rPr>
          <w:rFonts w:ascii="Calibri" w:hAnsi="Calibri" w:cs="Calibri"/>
          <w:sz w:val="24"/>
          <w:szCs w:val="24"/>
          <w:lang w:val="es-ES"/>
        </w:rPr>
      </w:pPr>
      <w:r w:rsidRPr="00D83D4F">
        <w:rPr>
          <w:rFonts w:ascii="Calibri" w:hAnsi="Calibri" w:cs="Calibri"/>
          <w:color w:val="0D4F8E"/>
          <w:sz w:val="24"/>
          <w:szCs w:val="24"/>
          <w:lang w:val="es-ES"/>
        </w:rPr>
        <w:t>Resumen</w:t>
      </w:r>
    </w:p>
    <w:p w:rsidRPr="008C5A37" w:rsidR="008C5A37" w:rsidP="008C5A37" w:rsidRDefault="008C5A37" w14:paraId="1429428D" w14:textId="04D083C5">
      <w:pPr>
        <w:spacing w:after="100"/>
        <w:jc w:val="both"/>
        <w:rPr>
          <w:rFonts w:cs="Calibri"/>
          <w:color w:val="5A5A5A"/>
          <w:lang w:val="es-ES"/>
        </w:rPr>
      </w:pPr>
      <w:r w:rsidRPr="008C5A37">
        <w:rPr>
          <w:rFonts w:cs="Calibri"/>
          <w:color w:val="5A5A5A"/>
          <w:lang w:val="es-ES"/>
        </w:rPr>
        <w:t xml:space="preserve">150-200 palabras. Tipo de letra Calibri 11. </w:t>
      </w:r>
    </w:p>
    <w:p w:rsidR="008C5A37" w:rsidP="008C5A37" w:rsidRDefault="008C5A37" w14:paraId="0DEAE076" w14:textId="7406271D">
      <w:pPr>
        <w:spacing w:before="40" w:after="60"/>
        <w:rPr>
          <w:rFonts w:cs="Calibri"/>
          <w:color w:val="1A1A1A"/>
          <w:lang w:val="es-ES"/>
        </w:rPr>
      </w:pPr>
      <w:r w:rsidRPr="00D83D4F">
        <w:rPr>
          <w:rFonts w:cs="Calibri" w:eastAsiaTheme="majorEastAsia"/>
          <w:b/>
          <w:bCs/>
          <w:color w:val="0D4F8E"/>
          <w:lang w:val="es-ES"/>
        </w:rPr>
        <w:t>Palabras clave</w:t>
      </w:r>
      <w:r w:rsidRPr="008C5A37">
        <w:rPr>
          <w:rFonts w:cs="Calibri"/>
          <w:b/>
          <w:color w:val="0756B7"/>
          <w:lang w:val="es-ES"/>
        </w:rPr>
        <w:t xml:space="preserve">: </w:t>
      </w:r>
      <w:r w:rsidRPr="008C5A37">
        <w:rPr>
          <w:rFonts w:cs="Calibri"/>
          <w:color w:val="1A1A1A"/>
          <w:lang w:val="es-ES"/>
        </w:rPr>
        <w:t xml:space="preserve">Palabras clave de acuerdo con el </w:t>
      </w:r>
      <w:proofErr w:type="spellStart"/>
      <w:r w:rsidRPr="008C5A37">
        <w:rPr>
          <w:rFonts w:cs="Calibri"/>
          <w:color w:val="1A1A1A"/>
          <w:lang w:val="es-ES"/>
        </w:rPr>
        <w:t>Thesaurus</w:t>
      </w:r>
      <w:proofErr w:type="spellEnd"/>
      <w:r w:rsidRPr="008C5A37">
        <w:rPr>
          <w:rFonts w:cs="Calibri"/>
          <w:color w:val="1A1A1A"/>
          <w:lang w:val="es-ES"/>
        </w:rPr>
        <w:t xml:space="preserve"> ERIC o el Tesauro de la UNESCO (3-5 palabras).</w:t>
      </w:r>
    </w:p>
    <w:p w:rsidRPr="008C5A37" w:rsidR="00B705D8" w:rsidP="008C5A37" w:rsidRDefault="00B705D8" w14:paraId="2B1789F5" w14:textId="77777777">
      <w:pPr>
        <w:spacing w:before="40" w:after="60"/>
        <w:rPr>
          <w:rFonts w:cs="Calibri"/>
          <w:lang w:val="es-ES"/>
        </w:rPr>
      </w:pPr>
    </w:p>
    <w:p w:rsidRPr="00D83D4F" w:rsidR="00ED73F7" w:rsidP="00D83D4F" w:rsidRDefault="00420138" w14:paraId="06B1BC0E" w14:textId="77777777">
      <w:pPr>
        <w:pStyle w:val="Ttulo1"/>
        <w:rPr>
          <w:rFonts w:ascii="Calibri" w:hAnsi="Calibri" w:cs="Calibri"/>
          <w:sz w:val="24"/>
          <w:szCs w:val="24"/>
          <w:lang w:val="es-ES"/>
        </w:rPr>
      </w:pPr>
      <w:proofErr w:type="spellStart"/>
      <w:r w:rsidRPr="00D83D4F">
        <w:rPr>
          <w:rFonts w:ascii="Calibri" w:hAnsi="Calibri" w:cs="Calibri"/>
          <w:color w:val="0D4F8E"/>
          <w:sz w:val="24"/>
          <w:szCs w:val="24"/>
          <w:lang w:val="es-ES"/>
        </w:rPr>
        <w:t>Abstract</w:t>
      </w:r>
      <w:proofErr w:type="spellEnd"/>
    </w:p>
    <w:p w:rsidRPr="008C5A37" w:rsidR="008C5A37" w:rsidP="008C5A37" w:rsidRDefault="008C5A37" w14:paraId="6B880680" w14:textId="65979F8B">
      <w:pPr>
        <w:spacing w:after="100"/>
        <w:jc w:val="both"/>
        <w:rPr>
          <w:rFonts w:cs="Calibri"/>
          <w:color w:val="5A5A5A"/>
          <w:lang w:val="es-ES"/>
        </w:rPr>
      </w:pPr>
      <w:r w:rsidRPr="008C5A37">
        <w:rPr>
          <w:rFonts w:cs="Calibri"/>
          <w:color w:val="5A5A5A"/>
          <w:lang w:val="es-ES"/>
        </w:rPr>
        <w:t xml:space="preserve">150-200 palabras. Tipo de letra Calibri 11. </w:t>
      </w:r>
    </w:p>
    <w:p w:rsidRPr="00216034" w:rsidR="00D83D4F" w:rsidP="00D83D4F" w:rsidRDefault="008C5A37" w14:paraId="665048A0" w14:textId="77777777">
      <w:pPr>
        <w:spacing w:after="0" w:line="240" w:lineRule="auto"/>
        <w:jc w:val="both"/>
        <w:textAlignment w:val="baseline"/>
        <w:rPr>
          <w:rFonts w:ascii="Segoe UI" w:hAnsi="Segoe UI" w:eastAsia="Times New Roman" w:cs="Segoe UI"/>
          <w:b/>
          <w:bCs/>
          <w:sz w:val="18"/>
          <w:szCs w:val="18"/>
          <w:lang w:val="es-ES" w:eastAsia="es-ES"/>
        </w:rPr>
      </w:pPr>
      <w:proofErr w:type="spellStart"/>
      <w:r w:rsidRPr="00D83D4F">
        <w:rPr>
          <w:rFonts w:cs="Calibri" w:eastAsiaTheme="majorEastAsia"/>
          <w:b/>
          <w:bCs/>
          <w:color w:val="0D4F8E"/>
          <w:lang w:val="es-ES"/>
        </w:rPr>
        <w:t>Keywords</w:t>
      </w:r>
      <w:proofErr w:type="spellEnd"/>
      <w:r w:rsidRPr="00D83D4F">
        <w:rPr>
          <w:rFonts w:cs="Calibri" w:eastAsiaTheme="majorEastAsia"/>
          <w:b/>
          <w:bCs/>
          <w:color w:val="0D4F8E"/>
          <w:lang w:val="es-ES"/>
        </w:rPr>
        <w:t>:</w:t>
      </w:r>
      <w:r w:rsidRPr="008C5A37">
        <w:rPr>
          <w:rFonts w:cs="Calibri"/>
          <w:b/>
          <w:color w:val="0756B7"/>
          <w:lang w:val="es-ES"/>
        </w:rPr>
        <w:t xml:space="preserve"> </w:t>
      </w:r>
      <w:r w:rsidRPr="00216034" w:rsidR="00D83D4F">
        <w:rPr>
          <w:rFonts w:eastAsia="Times New Roman" w:cs="Calibri"/>
          <w:lang w:val="es-ES" w:eastAsia="es-ES"/>
        </w:rPr>
        <w:t xml:space="preserve">Palabras clave de acuerdo al </w:t>
      </w:r>
      <w:proofErr w:type="spellStart"/>
      <w:r w:rsidRPr="00216034" w:rsidR="00D83D4F">
        <w:rPr>
          <w:rFonts w:eastAsia="Times New Roman" w:cs="Calibri"/>
          <w:lang w:val="es-ES" w:eastAsia="es-ES"/>
        </w:rPr>
        <w:t>Thesaurus</w:t>
      </w:r>
      <w:proofErr w:type="spellEnd"/>
      <w:r w:rsidRPr="00216034" w:rsidR="00D83D4F">
        <w:rPr>
          <w:rFonts w:eastAsia="Times New Roman" w:cs="Calibri"/>
          <w:lang w:val="es-ES" w:eastAsia="es-ES"/>
        </w:rPr>
        <w:t xml:space="preserve"> ERIC o al Tesauro de la UNESCO (3-5 palabras). </w:t>
      </w:r>
      <w:r w:rsidR="00D83D4F">
        <w:rPr>
          <w:rFonts w:eastAsia="Times New Roman" w:cs="Calibri"/>
          <w:lang w:val="es-ES" w:eastAsia="es-ES"/>
        </w:rPr>
        <w:t>Tipo de letra a utilizar Calibri.</w:t>
      </w:r>
    </w:p>
    <w:p w:rsidRPr="00D83D4F" w:rsidR="00ED73F7" w:rsidP="008C5A37" w:rsidRDefault="00420138" w14:paraId="26E1956B" w14:textId="77777777">
      <w:pPr>
        <w:pStyle w:val="Ttulo1"/>
        <w:jc w:val="center"/>
        <w:rPr>
          <w:rFonts w:ascii="Calibri" w:hAnsi="Calibri" w:cs="Calibri"/>
          <w:sz w:val="24"/>
          <w:szCs w:val="24"/>
          <w:lang w:val="es-ES"/>
        </w:rPr>
      </w:pPr>
      <w:r w:rsidRPr="00D83D4F">
        <w:rPr>
          <w:rFonts w:ascii="Calibri" w:hAnsi="Calibri" w:cs="Calibri"/>
          <w:color w:val="0D4F8E"/>
          <w:sz w:val="24"/>
          <w:szCs w:val="24"/>
          <w:lang w:val="es-ES"/>
        </w:rPr>
        <w:t>Introducción</w:t>
      </w:r>
    </w:p>
    <w:p w:rsidR="008C5A37" w:rsidP="00D83D4F" w:rsidRDefault="00420138" w14:paraId="225319BC" w14:textId="5A5F4B28">
      <w:pPr>
        <w:jc w:val="both"/>
        <w:rPr>
          <w:rFonts w:cs="Calibri"/>
          <w:color w:val="FF0000"/>
          <w:lang w:val="es-ES"/>
        </w:rPr>
      </w:pPr>
      <w:r w:rsidRPr="00D83D4F">
        <w:rPr>
          <w:rFonts w:cs="Calibri"/>
          <w:color w:val="FF0000"/>
          <w:lang w:val="es-ES"/>
        </w:rPr>
        <w:t>Contextualice el tema o la necesidad abordada, justifique su relevancia y presente la fundamentación y los objetivos de la investigación o propuesta.</w:t>
      </w:r>
      <w:r w:rsidRPr="00D83D4F" w:rsidR="00D83D4F">
        <w:rPr>
          <w:rFonts w:cs="Calibri"/>
          <w:color w:val="FF0000"/>
          <w:lang w:val="es-ES"/>
        </w:rPr>
        <w:t xml:space="preserve"> </w:t>
      </w:r>
      <w:r w:rsidRPr="00D83D4F" w:rsidR="008C5A37">
        <w:rPr>
          <w:rFonts w:cs="Calibri"/>
          <w:color w:val="FF0000"/>
          <w:lang w:val="es-ES"/>
        </w:rPr>
        <w:t>Redacte aquí el contenido de la comunicación siguiendo las indicaciones de la plantilla.</w:t>
      </w:r>
    </w:p>
    <w:p w:rsidR="00D83D4F" w:rsidP="00D83D4F" w:rsidRDefault="00D83D4F" w14:paraId="5E1B30C9" w14:textId="4E5BE219">
      <w:pPr>
        <w:spacing w:after="0" w:line="240" w:lineRule="auto"/>
        <w:jc w:val="both"/>
        <w:textAlignment w:val="baseline"/>
        <w:rPr>
          <w:rFonts w:eastAsia="Times New Roman" w:cs="Calibri"/>
          <w:lang w:val="es-ES" w:eastAsia="es-ES"/>
        </w:rPr>
      </w:pPr>
      <w:r w:rsidRPr="00216034">
        <w:rPr>
          <w:rFonts w:eastAsia="Times New Roman" w:cs="Calibri"/>
          <w:lang w:val="es-ES" w:eastAsia="es-ES"/>
        </w:rPr>
        <w:t>Tipo de letra a utilizar Calibri 11 Calibri 11 Calibri 11 Calibri 11 Calibri 11 Calibri 11</w:t>
      </w:r>
      <w:r>
        <w:rPr>
          <w:rFonts w:eastAsia="Times New Roman" w:cs="Calibri"/>
          <w:lang w:val="es-ES" w:eastAsia="es-ES"/>
        </w:rPr>
        <w:t>.</w:t>
      </w:r>
      <w:r w:rsidRPr="00216034">
        <w:rPr>
          <w:rFonts w:eastAsia="Times New Roman" w:cs="Calibri"/>
          <w:lang w:val="es-ES" w:eastAsia="es-ES"/>
        </w:rPr>
        <w:t xml:space="preserve"> Tipo de letra a utilizar Calibri 11 Calibri 11 Calibri 11 Calibri 11 Calibri 11 Calibri 11. </w:t>
      </w:r>
    </w:p>
    <w:p w:rsidR="00B705D8" w:rsidP="00D83D4F" w:rsidRDefault="00B705D8" w14:paraId="35FDC880" w14:textId="77777777">
      <w:pPr>
        <w:spacing w:after="0" w:line="240" w:lineRule="auto"/>
        <w:jc w:val="both"/>
        <w:textAlignment w:val="baseline"/>
        <w:rPr>
          <w:rFonts w:ascii="Segoe UI" w:hAnsi="Segoe UI" w:eastAsia="Times New Roman" w:cs="Segoe UI"/>
          <w:sz w:val="18"/>
          <w:szCs w:val="18"/>
          <w:lang w:val="es-ES" w:eastAsia="es-ES"/>
        </w:rPr>
      </w:pPr>
    </w:p>
    <w:p w:rsidRPr="00CB5048" w:rsidR="00D83D4F" w:rsidP="00D83D4F" w:rsidRDefault="00D83D4F" w14:paraId="542B6689" w14:textId="77777777">
      <w:pPr>
        <w:spacing w:after="0" w:line="240" w:lineRule="auto"/>
        <w:jc w:val="both"/>
        <w:textAlignment w:val="baseline"/>
        <w:rPr>
          <w:rFonts w:ascii="Segoe UI" w:hAnsi="Segoe UI" w:eastAsia="Times New Roman" w:cs="Segoe UI"/>
          <w:sz w:val="18"/>
          <w:szCs w:val="18"/>
          <w:lang w:val="es-ES" w:eastAsia="es-ES"/>
        </w:rPr>
      </w:pPr>
      <w:proofErr w:type="spellStart"/>
      <w:r w:rsidRPr="00216034">
        <w:rPr>
          <w:rFonts w:eastAsia="Times New Roman" w:cs="Calibri"/>
          <w:b/>
          <w:bCs/>
          <w:lang w:val="es-ES" w:eastAsia="es-ES"/>
        </w:rPr>
        <w:t>Subepígrafe</w:t>
      </w:r>
      <w:proofErr w:type="spellEnd"/>
      <w:r w:rsidRPr="00216034">
        <w:rPr>
          <w:rFonts w:eastAsia="Times New Roman" w:cs="Calibri"/>
          <w:b/>
          <w:bCs/>
          <w:lang w:val="es-ES" w:eastAsia="es-ES"/>
        </w:rPr>
        <w:t xml:space="preserve"> (si es necesario incorporar </w:t>
      </w:r>
      <w:proofErr w:type="spellStart"/>
      <w:r w:rsidRPr="00216034">
        <w:rPr>
          <w:rFonts w:eastAsia="Times New Roman" w:cs="Calibri"/>
          <w:b/>
          <w:bCs/>
          <w:lang w:val="es-ES" w:eastAsia="es-ES"/>
        </w:rPr>
        <w:t>subepígrafe</w:t>
      </w:r>
      <w:proofErr w:type="spellEnd"/>
      <w:r w:rsidRPr="00216034">
        <w:rPr>
          <w:rFonts w:eastAsia="Times New Roman" w:cs="Calibri"/>
          <w:b/>
          <w:bCs/>
          <w:lang w:val="es-ES" w:eastAsia="es-ES"/>
        </w:rPr>
        <w:t>, seguir este formato) </w:t>
      </w:r>
    </w:p>
    <w:p w:rsidRPr="00216034" w:rsidR="00D83D4F" w:rsidP="00D83D4F" w:rsidRDefault="00D83D4F" w14:paraId="2009759B" w14:textId="77777777">
      <w:pPr>
        <w:spacing w:after="0" w:line="240" w:lineRule="auto"/>
        <w:jc w:val="both"/>
        <w:textAlignment w:val="baseline"/>
        <w:rPr>
          <w:rFonts w:ascii="Segoe UI" w:hAnsi="Segoe UI" w:eastAsia="Times New Roman" w:cs="Segoe UI"/>
          <w:sz w:val="18"/>
          <w:szCs w:val="18"/>
          <w:lang w:val="es-ES" w:eastAsia="es-ES"/>
        </w:rPr>
      </w:pPr>
      <w:r w:rsidRPr="00216034">
        <w:rPr>
          <w:rFonts w:eastAsia="Times New Roman" w:cs="Calibri"/>
          <w:lang w:val="es-ES" w:eastAsia="es-ES"/>
        </w:rPr>
        <w:lastRenderedPageBreak/>
        <w:t>Tipo de letra a utilizar Calibri 11 Calibri 11 Calibri 11 Calibri 11 Calibri 11 Calibri 11</w:t>
      </w:r>
      <w:r>
        <w:rPr>
          <w:rFonts w:eastAsia="Times New Roman" w:cs="Calibri"/>
          <w:lang w:val="es-ES" w:eastAsia="es-ES"/>
        </w:rPr>
        <w:t>.</w:t>
      </w:r>
      <w:r w:rsidRPr="00216034">
        <w:rPr>
          <w:rFonts w:eastAsia="Times New Roman" w:cs="Calibri"/>
          <w:lang w:val="es-ES" w:eastAsia="es-ES"/>
        </w:rPr>
        <w:t xml:space="preserve"> Tipo de letra a utilizar Calibri 11 Calibri 11 Calibri 11 Calibri 11 Calibri 11 Calibri 11. </w:t>
      </w:r>
    </w:p>
    <w:p w:rsidR="00B705D8" w:rsidP="00D83D4F" w:rsidRDefault="00D83D4F" w14:paraId="25F17B00" w14:textId="5648549B">
      <w:pPr>
        <w:spacing w:after="0" w:line="240" w:lineRule="auto"/>
        <w:jc w:val="both"/>
        <w:textAlignment w:val="baseline"/>
        <w:rPr>
          <w:rFonts w:eastAsia="Times New Roman" w:cs="Calibri"/>
          <w:lang w:val="es-ES" w:eastAsia="es-ES"/>
        </w:rPr>
      </w:pPr>
      <w:r w:rsidRPr="00216034">
        <w:rPr>
          <w:rFonts w:eastAsia="Times New Roman" w:cs="Calibri"/>
          <w:lang w:val="es-ES" w:eastAsia="es-ES"/>
        </w:rPr>
        <w:t> </w:t>
      </w:r>
    </w:p>
    <w:p w:rsidRPr="00216034" w:rsidR="00D83D4F" w:rsidP="00D83D4F" w:rsidRDefault="00D83D4F" w14:paraId="3C08719D" w14:textId="411450C0">
      <w:pPr>
        <w:spacing w:after="0" w:line="240" w:lineRule="auto"/>
        <w:textAlignment w:val="baseline"/>
        <w:rPr>
          <w:rFonts w:ascii="Segoe UI" w:hAnsi="Segoe UI" w:eastAsia="Times New Roman" w:cs="Segoe UI"/>
          <w:sz w:val="18"/>
          <w:szCs w:val="18"/>
          <w:lang w:val="es-ES" w:eastAsia="es-ES"/>
        </w:rPr>
      </w:pPr>
      <w:r w:rsidRPr="00216034">
        <w:rPr>
          <w:rFonts w:eastAsia="Times New Roman" w:cs="Calibri"/>
          <w:b/>
          <w:bCs/>
          <w:lang w:val="es-ES" w:eastAsia="es-ES"/>
        </w:rPr>
        <w:t>Tabla 1</w:t>
      </w:r>
      <w:r w:rsidRPr="00216034">
        <w:rPr>
          <w:rFonts w:eastAsia="Times New Roman" w:cs="Calibri"/>
          <w:lang w:val="es-ES" w:eastAsia="es-ES"/>
        </w:rPr>
        <w:t> </w:t>
      </w:r>
    </w:p>
    <w:p w:rsidRPr="00216034" w:rsidR="00D83D4F" w:rsidP="00D83D4F" w:rsidRDefault="00D83D4F" w14:paraId="2AFB59DF" w14:textId="77777777">
      <w:pPr>
        <w:spacing w:after="0" w:line="240" w:lineRule="auto"/>
        <w:textAlignment w:val="baseline"/>
        <w:rPr>
          <w:rFonts w:ascii="Segoe UI" w:hAnsi="Segoe UI" w:eastAsia="Times New Roman" w:cs="Segoe UI"/>
          <w:sz w:val="18"/>
          <w:szCs w:val="18"/>
          <w:lang w:val="es-ES" w:eastAsia="es-ES"/>
        </w:rPr>
      </w:pPr>
      <w:r w:rsidRPr="00216034">
        <w:rPr>
          <w:rFonts w:eastAsia="Times New Roman" w:cs="Calibri"/>
          <w:i/>
          <w:iCs/>
          <w:lang w:val="es-ES" w:eastAsia="es-ES"/>
        </w:rPr>
        <w:t>La leyenda de tabla se escribe en la parte superior de la tabla (tabla de ejemplo)</w:t>
      </w:r>
      <w:r w:rsidRPr="00216034">
        <w:rPr>
          <w:rFonts w:eastAsia="Times New Roman" w:cs="Calibri"/>
          <w:lang w:val="es-ES" w:eastAsia="es-ES"/>
        </w:rPr>
        <w:t> </w:t>
      </w:r>
    </w:p>
    <w:tbl>
      <w:tblPr>
        <w:tblW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15"/>
        <w:gridCol w:w="2115"/>
        <w:gridCol w:w="2115"/>
        <w:gridCol w:w="2115"/>
      </w:tblGrid>
      <w:tr w:rsidRPr="00216034" w:rsidR="00D83D4F" w:rsidTr="00A314DB" w14:paraId="5869655C" w14:textId="77777777">
        <w:trPr>
          <w:trHeight w:val="300"/>
        </w:trPr>
        <w:tc>
          <w:tcPr>
            <w:tcW w:w="2115" w:type="dxa"/>
            <w:tcBorders>
              <w:top w:val="single" w:color="auto" w:sz="6" w:space="0"/>
              <w:left w:val="nil"/>
              <w:bottom w:val="single" w:color="auto" w:sz="6" w:space="0"/>
              <w:right w:val="nil"/>
            </w:tcBorders>
            <w:shd w:val="clear" w:color="auto" w:fill="auto"/>
            <w:vAlign w:val="center"/>
            <w:hideMark/>
          </w:tcPr>
          <w:p w:rsidRPr="00216034" w:rsidR="00D83D4F" w:rsidP="00A314DB" w:rsidRDefault="00D83D4F" w14:paraId="07B37E95" w14:textId="77777777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ES" w:eastAsia="es-ES"/>
              </w:rPr>
            </w:pPr>
            <w:r w:rsidRPr="00216034">
              <w:rPr>
                <w:rFonts w:eastAsia="Times New Roman" w:cs="Calibri"/>
                <w:lang w:val="es-ES" w:eastAsia="es-ES"/>
              </w:rPr>
              <w:t> </w:t>
            </w:r>
          </w:p>
        </w:tc>
        <w:tc>
          <w:tcPr>
            <w:tcW w:w="2115" w:type="dxa"/>
            <w:tcBorders>
              <w:top w:val="single" w:color="auto" w:sz="6" w:space="0"/>
              <w:left w:val="nil"/>
              <w:bottom w:val="single" w:color="auto" w:sz="6" w:space="0"/>
              <w:right w:val="nil"/>
            </w:tcBorders>
            <w:shd w:val="clear" w:color="auto" w:fill="auto"/>
            <w:vAlign w:val="center"/>
            <w:hideMark/>
          </w:tcPr>
          <w:p w:rsidRPr="00216034" w:rsidR="00D83D4F" w:rsidP="00A314DB" w:rsidRDefault="00D83D4F" w14:paraId="0C0BC0F2" w14:textId="77777777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ES" w:eastAsia="es-ES"/>
              </w:rPr>
            </w:pPr>
            <w:r w:rsidRPr="00216034">
              <w:rPr>
                <w:rFonts w:eastAsia="Times New Roman" w:cs="Calibri"/>
                <w:b/>
                <w:bCs/>
                <w:lang w:val="es-ES" w:eastAsia="es-ES"/>
              </w:rPr>
              <w:t>Título (Calibri 10)</w:t>
            </w:r>
            <w:r w:rsidRPr="00216034">
              <w:rPr>
                <w:rFonts w:eastAsia="Times New Roman" w:cs="Calibri"/>
                <w:lang w:val="es-ES" w:eastAsia="es-ES"/>
              </w:rPr>
              <w:t> </w:t>
            </w:r>
          </w:p>
        </w:tc>
        <w:tc>
          <w:tcPr>
            <w:tcW w:w="2115" w:type="dxa"/>
            <w:tcBorders>
              <w:top w:val="single" w:color="auto" w:sz="6" w:space="0"/>
              <w:left w:val="nil"/>
              <w:bottom w:val="single" w:color="auto" w:sz="6" w:space="0"/>
              <w:right w:val="nil"/>
            </w:tcBorders>
            <w:shd w:val="clear" w:color="auto" w:fill="auto"/>
            <w:vAlign w:val="center"/>
            <w:hideMark/>
          </w:tcPr>
          <w:p w:rsidRPr="00216034" w:rsidR="00D83D4F" w:rsidP="00A314DB" w:rsidRDefault="00D83D4F" w14:paraId="39F5BAD6" w14:textId="77777777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ES" w:eastAsia="es-ES"/>
              </w:rPr>
            </w:pPr>
            <w:r w:rsidRPr="00216034">
              <w:rPr>
                <w:rFonts w:eastAsia="Times New Roman" w:cs="Calibri"/>
                <w:b/>
                <w:bCs/>
                <w:lang w:val="es-ES" w:eastAsia="es-ES"/>
              </w:rPr>
              <w:t>Título (Calibri 10)</w:t>
            </w:r>
            <w:r w:rsidRPr="00216034">
              <w:rPr>
                <w:rFonts w:eastAsia="Times New Roman" w:cs="Calibri"/>
                <w:lang w:val="es-ES" w:eastAsia="es-ES"/>
              </w:rPr>
              <w:t> </w:t>
            </w:r>
          </w:p>
        </w:tc>
        <w:tc>
          <w:tcPr>
            <w:tcW w:w="2115" w:type="dxa"/>
            <w:tcBorders>
              <w:top w:val="single" w:color="auto" w:sz="6" w:space="0"/>
              <w:left w:val="nil"/>
              <w:bottom w:val="single" w:color="auto" w:sz="6" w:space="0"/>
              <w:right w:val="nil"/>
            </w:tcBorders>
            <w:shd w:val="clear" w:color="auto" w:fill="auto"/>
            <w:vAlign w:val="center"/>
            <w:hideMark/>
          </w:tcPr>
          <w:p w:rsidRPr="00216034" w:rsidR="00D83D4F" w:rsidP="00A314DB" w:rsidRDefault="00D83D4F" w14:paraId="230D830E" w14:textId="77777777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ES" w:eastAsia="es-ES"/>
              </w:rPr>
            </w:pPr>
            <w:r w:rsidRPr="00216034">
              <w:rPr>
                <w:rFonts w:eastAsia="Times New Roman" w:cs="Calibri"/>
                <w:b/>
                <w:bCs/>
                <w:lang w:val="es-ES" w:eastAsia="es-ES"/>
              </w:rPr>
              <w:t>Título (Calibri 10)</w:t>
            </w:r>
            <w:r w:rsidRPr="00216034">
              <w:rPr>
                <w:rFonts w:eastAsia="Times New Roman" w:cs="Calibri"/>
                <w:lang w:val="es-ES" w:eastAsia="es-ES"/>
              </w:rPr>
              <w:t> </w:t>
            </w:r>
          </w:p>
        </w:tc>
      </w:tr>
      <w:tr w:rsidRPr="00216034" w:rsidR="00D83D4F" w:rsidTr="00A314DB" w14:paraId="21812713" w14:textId="77777777">
        <w:trPr>
          <w:trHeight w:val="300"/>
        </w:trPr>
        <w:tc>
          <w:tcPr>
            <w:tcW w:w="2115" w:type="dxa"/>
            <w:tcBorders>
              <w:top w:val="single" w:color="auto" w:sz="6" w:space="0"/>
              <w:left w:val="nil"/>
              <w:bottom w:val="single" w:color="auto" w:sz="6" w:space="0"/>
              <w:right w:val="nil"/>
            </w:tcBorders>
            <w:shd w:val="clear" w:color="auto" w:fill="auto"/>
            <w:vAlign w:val="center"/>
            <w:hideMark/>
          </w:tcPr>
          <w:p w:rsidRPr="00216034" w:rsidR="00D83D4F" w:rsidP="00A314DB" w:rsidRDefault="00D83D4F" w14:paraId="5E6259E1" w14:textId="77777777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ES" w:eastAsia="es-ES"/>
              </w:rPr>
            </w:pPr>
            <w:r w:rsidRPr="00216034">
              <w:rPr>
                <w:rFonts w:eastAsia="Times New Roman" w:cs="Calibri"/>
                <w:b/>
                <w:bCs/>
                <w:lang w:val="es-ES" w:eastAsia="es-ES"/>
              </w:rPr>
              <w:t>Título (Calibri 10)</w:t>
            </w:r>
            <w:r w:rsidRPr="00216034">
              <w:rPr>
                <w:rFonts w:eastAsia="Times New Roman" w:cs="Calibri"/>
                <w:lang w:val="es-ES" w:eastAsia="es-ES"/>
              </w:rPr>
              <w:t> </w:t>
            </w:r>
          </w:p>
        </w:tc>
        <w:tc>
          <w:tcPr>
            <w:tcW w:w="2115" w:type="dxa"/>
            <w:tcBorders>
              <w:top w:val="single" w:color="auto" w:sz="6" w:space="0"/>
              <w:left w:val="nil"/>
              <w:bottom w:val="single" w:color="auto" w:sz="6" w:space="0"/>
              <w:right w:val="nil"/>
            </w:tcBorders>
            <w:shd w:val="clear" w:color="auto" w:fill="auto"/>
            <w:vAlign w:val="center"/>
            <w:hideMark/>
          </w:tcPr>
          <w:p w:rsidRPr="00216034" w:rsidR="00D83D4F" w:rsidP="00A314DB" w:rsidRDefault="00D83D4F" w14:paraId="7E1EF64F" w14:textId="77777777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ES" w:eastAsia="es-ES"/>
              </w:rPr>
            </w:pPr>
            <w:r w:rsidRPr="00216034">
              <w:rPr>
                <w:rFonts w:eastAsia="Times New Roman" w:cs="Calibri"/>
                <w:lang w:val="es-ES" w:eastAsia="es-ES"/>
              </w:rPr>
              <w:t>Cuerpo (Calibri 10) </w:t>
            </w:r>
          </w:p>
        </w:tc>
        <w:tc>
          <w:tcPr>
            <w:tcW w:w="2115" w:type="dxa"/>
            <w:tcBorders>
              <w:top w:val="single" w:color="auto" w:sz="6" w:space="0"/>
              <w:left w:val="nil"/>
              <w:bottom w:val="single" w:color="auto" w:sz="6" w:space="0"/>
              <w:right w:val="nil"/>
            </w:tcBorders>
            <w:shd w:val="clear" w:color="auto" w:fill="auto"/>
            <w:hideMark/>
          </w:tcPr>
          <w:p w:rsidRPr="00216034" w:rsidR="00D83D4F" w:rsidP="00A314DB" w:rsidRDefault="00D83D4F" w14:paraId="04DC3248" w14:textId="77777777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ES" w:eastAsia="es-ES"/>
              </w:rPr>
            </w:pPr>
            <w:r w:rsidRPr="00216034">
              <w:rPr>
                <w:rFonts w:eastAsia="Times New Roman" w:cs="Calibri"/>
                <w:lang w:val="es-ES" w:eastAsia="es-ES"/>
              </w:rPr>
              <w:t>Cuerpo (Calibri 10) </w:t>
            </w:r>
          </w:p>
        </w:tc>
        <w:tc>
          <w:tcPr>
            <w:tcW w:w="2115" w:type="dxa"/>
            <w:tcBorders>
              <w:top w:val="single" w:color="auto" w:sz="6" w:space="0"/>
              <w:left w:val="nil"/>
              <w:bottom w:val="single" w:color="auto" w:sz="6" w:space="0"/>
              <w:right w:val="nil"/>
            </w:tcBorders>
            <w:shd w:val="clear" w:color="auto" w:fill="auto"/>
            <w:hideMark/>
          </w:tcPr>
          <w:p w:rsidRPr="00216034" w:rsidR="00D83D4F" w:rsidP="00A314DB" w:rsidRDefault="00D83D4F" w14:paraId="0E81B81F" w14:textId="77777777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ES" w:eastAsia="es-ES"/>
              </w:rPr>
            </w:pPr>
            <w:r w:rsidRPr="00216034">
              <w:rPr>
                <w:rFonts w:eastAsia="Times New Roman" w:cs="Calibri"/>
                <w:lang w:val="es-ES" w:eastAsia="es-ES"/>
              </w:rPr>
              <w:t>Cuerpo (Calibri 10) </w:t>
            </w:r>
          </w:p>
        </w:tc>
      </w:tr>
      <w:tr w:rsidRPr="00216034" w:rsidR="00D83D4F" w:rsidTr="00A314DB" w14:paraId="63AF400C" w14:textId="77777777">
        <w:trPr>
          <w:trHeight w:val="300"/>
        </w:trPr>
        <w:tc>
          <w:tcPr>
            <w:tcW w:w="2115" w:type="dxa"/>
            <w:tcBorders>
              <w:top w:val="single" w:color="auto" w:sz="6" w:space="0"/>
              <w:left w:val="nil"/>
              <w:bottom w:val="single" w:color="auto" w:sz="6" w:space="0"/>
              <w:right w:val="nil"/>
            </w:tcBorders>
            <w:shd w:val="clear" w:color="auto" w:fill="auto"/>
            <w:vAlign w:val="center"/>
            <w:hideMark/>
          </w:tcPr>
          <w:p w:rsidRPr="00216034" w:rsidR="00D83D4F" w:rsidP="00A314DB" w:rsidRDefault="00D83D4F" w14:paraId="72C4C503" w14:textId="77777777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ES" w:eastAsia="es-ES"/>
              </w:rPr>
            </w:pPr>
            <w:r w:rsidRPr="00216034">
              <w:rPr>
                <w:rFonts w:eastAsia="Times New Roman" w:cs="Calibri"/>
                <w:b/>
                <w:bCs/>
                <w:lang w:val="es-ES" w:eastAsia="es-ES"/>
              </w:rPr>
              <w:t>Título (Calibri 10)</w:t>
            </w:r>
            <w:r w:rsidRPr="00216034">
              <w:rPr>
                <w:rFonts w:eastAsia="Times New Roman" w:cs="Calibri"/>
                <w:lang w:val="es-ES" w:eastAsia="es-ES"/>
              </w:rPr>
              <w:t> </w:t>
            </w:r>
          </w:p>
        </w:tc>
        <w:tc>
          <w:tcPr>
            <w:tcW w:w="2115" w:type="dxa"/>
            <w:tcBorders>
              <w:top w:val="single" w:color="auto" w:sz="6" w:space="0"/>
              <w:left w:val="nil"/>
              <w:bottom w:val="single" w:color="auto" w:sz="6" w:space="0"/>
              <w:right w:val="nil"/>
            </w:tcBorders>
            <w:shd w:val="clear" w:color="auto" w:fill="auto"/>
            <w:vAlign w:val="center"/>
            <w:hideMark/>
          </w:tcPr>
          <w:p w:rsidRPr="00216034" w:rsidR="00D83D4F" w:rsidP="00A314DB" w:rsidRDefault="00D83D4F" w14:paraId="01C6FE60" w14:textId="77777777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ES" w:eastAsia="es-ES"/>
              </w:rPr>
            </w:pPr>
            <w:r w:rsidRPr="00216034">
              <w:rPr>
                <w:rFonts w:eastAsia="Times New Roman" w:cs="Calibri"/>
                <w:lang w:val="es-ES" w:eastAsia="es-ES"/>
              </w:rPr>
              <w:t>Cuerpo (Calibri 10) </w:t>
            </w:r>
          </w:p>
        </w:tc>
        <w:tc>
          <w:tcPr>
            <w:tcW w:w="2115" w:type="dxa"/>
            <w:tcBorders>
              <w:top w:val="single" w:color="auto" w:sz="6" w:space="0"/>
              <w:left w:val="nil"/>
              <w:bottom w:val="single" w:color="auto" w:sz="6" w:space="0"/>
              <w:right w:val="nil"/>
            </w:tcBorders>
            <w:shd w:val="clear" w:color="auto" w:fill="auto"/>
            <w:hideMark/>
          </w:tcPr>
          <w:p w:rsidRPr="00216034" w:rsidR="00D83D4F" w:rsidP="00A314DB" w:rsidRDefault="00D83D4F" w14:paraId="4A196D22" w14:textId="77777777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ES" w:eastAsia="es-ES"/>
              </w:rPr>
            </w:pPr>
            <w:r w:rsidRPr="00216034">
              <w:rPr>
                <w:rFonts w:eastAsia="Times New Roman" w:cs="Calibri"/>
                <w:lang w:val="es-ES" w:eastAsia="es-ES"/>
              </w:rPr>
              <w:t>Cuerpo (Calibri 10) </w:t>
            </w:r>
          </w:p>
        </w:tc>
        <w:tc>
          <w:tcPr>
            <w:tcW w:w="2115" w:type="dxa"/>
            <w:tcBorders>
              <w:top w:val="single" w:color="auto" w:sz="6" w:space="0"/>
              <w:left w:val="nil"/>
              <w:bottom w:val="single" w:color="auto" w:sz="6" w:space="0"/>
              <w:right w:val="nil"/>
            </w:tcBorders>
            <w:shd w:val="clear" w:color="auto" w:fill="auto"/>
            <w:hideMark/>
          </w:tcPr>
          <w:p w:rsidRPr="00216034" w:rsidR="00D83D4F" w:rsidP="00A314DB" w:rsidRDefault="00D83D4F" w14:paraId="4C7C9D66" w14:textId="77777777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val="es-ES" w:eastAsia="es-ES"/>
              </w:rPr>
            </w:pPr>
            <w:r w:rsidRPr="00216034">
              <w:rPr>
                <w:rFonts w:eastAsia="Times New Roman" w:cs="Calibri"/>
                <w:lang w:val="es-ES" w:eastAsia="es-ES"/>
              </w:rPr>
              <w:t>Cuerpo (Calibri 10) </w:t>
            </w:r>
          </w:p>
        </w:tc>
      </w:tr>
    </w:tbl>
    <w:p w:rsidR="00D83D4F" w:rsidP="00D83D4F" w:rsidRDefault="00D83D4F" w14:paraId="5538FF13" w14:textId="77777777">
      <w:pPr>
        <w:spacing w:after="0" w:line="240" w:lineRule="auto"/>
        <w:jc w:val="both"/>
        <w:textAlignment w:val="baseline"/>
        <w:rPr>
          <w:rFonts w:eastAsia="Times New Roman" w:cs="Calibri"/>
          <w:lang w:val="es-ES" w:eastAsia="es-ES"/>
        </w:rPr>
      </w:pPr>
    </w:p>
    <w:p w:rsidRPr="00216034" w:rsidR="00D83D4F" w:rsidP="00D83D4F" w:rsidRDefault="00D83D4F" w14:paraId="069E5944" w14:textId="77777777">
      <w:pPr>
        <w:spacing w:after="0" w:line="240" w:lineRule="auto"/>
        <w:jc w:val="both"/>
        <w:textAlignment w:val="baseline"/>
        <w:rPr>
          <w:rFonts w:ascii="Segoe UI" w:hAnsi="Segoe UI" w:eastAsia="Times New Roman" w:cs="Segoe UI"/>
          <w:sz w:val="18"/>
          <w:szCs w:val="18"/>
          <w:lang w:val="es-ES" w:eastAsia="es-ES"/>
        </w:rPr>
      </w:pPr>
      <w:r w:rsidRPr="00216034">
        <w:rPr>
          <w:rFonts w:eastAsia="Times New Roman" w:cs="Calibri"/>
          <w:lang w:val="es-ES" w:eastAsia="es-ES"/>
        </w:rPr>
        <w:t>Tipo de letra a utilizar Calibri 11 Calibri 11 Calibri 11 Calibri 11 Calibri 11 Calibri 11</w:t>
      </w:r>
      <w:r>
        <w:rPr>
          <w:rFonts w:eastAsia="Times New Roman" w:cs="Calibri"/>
          <w:lang w:val="es-ES" w:eastAsia="es-ES"/>
        </w:rPr>
        <w:t>.</w:t>
      </w:r>
      <w:r w:rsidRPr="00216034">
        <w:rPr>
          <w:rFonts w:eastAsia="Times New Roman" w:cs="Calibri"/>
          <w:lang w:val="es-ES" w:eastAsia="es-ES"/>
        </w:rPr>
        <w:t xml:space="preserve"> Tipo de letra a utilizar Calibri 11 Calibri 11 Calibri 11 Calibri 11 Calibri 11 Calibri 11. </w:t>
      </w:r>
    </w:p>
    <w:p w:rsidRPr="00B705D8" w:rsidR="00ED73F7" w:rsidP="008C5A37" w:rsidRDefault="00420138" w14:paraId="7FC54B18" w14:textId="3F6F27FA">
      <w:pPr>
        <w:pStyle w:val="Ttulo1"/>
        <w:jc w:val="center"/>
        <w:rPr>
          <w:rFonts w:ascii="Calibri" w:hAnsi="Calibri" w:cs="Calibri"/>
          <w:color w:val="0D4F8E"/>
          <w:sz w:val="24"/>
          <w:szCs w:val="24"/>
          <w:lang w:val="es-ES"/>
        </w:rPr>
      </w:pPr>
      <w:r w:rsidRPr="00B705D8">
        <w:rPr>
          <w:rFonts w:ascii="Calibri" w:hAnsi="Calibri" w:cs="Calibri"/>
          <w:color w:val="0D4F8E"/>
          <w:sz w:val="24"/>
          <w:szCs w:val="24"/>
          <w:lang w:val="es-ES"/>
        </w:rPr>
        <w:t>Método / Diseño de la propuesta o intervención</w:t>
      </w:r>
    </w:p>
    <w:p w:rsidRPr="00B705D8" w:rsidR="00B705D8" w:rsidP="00B705D8" w:rsidRDefault="00B705D8" w14:paraId="265D78AA" w14:textId="6AEAD93D">
      <w:pPr>
        <w:jc w:val="center"/>
        <w:rPr>
          <w:color w:val="FF0000"/>
          <w:lang w:val="es-ES"/>
        </w:rPr>
      </w:pPr>
      <w:r w:rsidRPr="00B705D8">
        <w:rPr>
          <w:rFonts w:cs="Calibri"/>
          <w:color w:val="FF0000"/>
          <w:lang w:val="es-ES"/>
        </w:rPr>
        <w:t>Redacte aquí el contenido de la comunicación siguiendo las indicaciones de la plantilla.</w:t>
      </w:r>
    </w:p>
    <w:p w:rsidRPr="00B705D8" w:rsidR="008C5A37" w:rsidP="008C5A37" w:rsidRDefault="00420138" w14:paraId="4EDEE34F" w14:textId="77777777">
      <w:pPr>
        <w:rPr>
          <w:rFonts w:cs="Calibri"/>
          <w:i/>
          <w:color w:val="FF0000"/>
          <w:lang w:val="es-ES"/>
        </w:rPr>
      </w:pPr>
      <w:r w:rsidRPr="00B705D8">
        <w:rPr>
          <w:rFonts w:cs="Calibri"/>
          <w:b/>
          <w:i/>
          <w:color w:val="FF0000"/>
          <w:lang w:val="es-ES"/>
        </w:rPr>
        <w:t>Investigaciones</w:t>
      </w:r>
      <w:r w:rsidRPr="00B705D8">
        <w:rPr>
          <w:rFonts w:cs="Calibri"/>
          <w:i/>
          <w:color w:val="FF0000"/>
          <w:lang w:val="es-ES"/>
        </w:rPr>
        <w:t xml:space="preserve">: describa el diseño, participantes o muestra, instrumentos, procedimiento y estrategia de análisis. </w:t>
      </w:r>
    </w:p>
    <w:p w:rsidRPr="00B705D8" w:rsidR="00ED73F7" w:rsidP="008C5A37" w:rsidRDefault="00420138" w14:paraId="57C336D3" w14:textId="30C9EE34">
      <w:pPr>
        <w:rPr>
          <w:rFonts w:cs="Calibri"/>
          <w:i/>
          <w:color w:val="FF0000"/>
          <w:lang w:val="es-ES"/>
        </w:rPr>
      </w:pPr>
      <w:r w:rsidRPr="00B705D8">
        <w:rPr>
          <w:rFonts w:cs="Calibri"/>
          <w:b/>
          <w:i/>
          <w:color w:val="FF0000"/>
          <w:lang w:val="es-ES"/>
        </w:rPr>
        <w:t>Proyectos o intervenciones</w:t>
      </w:r>
      <w:r w:rsidRPr="00B705D8">
        <w:rPr>
          <w:rFonts w:cs="Calibri"/>
          <w:i/>
          <w:color w:val="FF0000"/>
          <w:lang w:val="es-ES"/>
        </w:rPr>
        <w:t>: explique el diseño de la propuesta, destinatarios, contexto de aplicación, agentes implicados, objetivos operativos, actividades, recursos, temporalización y procedimientos de seguimiento.</w:t>
      </w:r>
    </w:p>
    <w:p w:rsidR="00B705D8" w:rsidP="00B705D8" w:rsidRDefault="00B705D8" w14:paraId="3E6924F3" w14:textId="77777777">
      <w:pPr>
        <w:spacing w:after="0" w:line="240" w:lineRule="auto"/>
        <w:jc w:val="both"/>
        <w:textAlignment w:val="baseline"/>
        <w:rPr>
          <w:rFonts w:eastAsia="Times New Roman" w:cs="Calibri"/>
          <w:lang w:val="es-ES" w:eastAsia="es-ES"/>
        </w:rPr>
      </w:pPr>
    </w:p>
    <w:p w:rsidRPr="00216034" w:rsidR="00B705D8" w:rsidP="00B705D8" w:rsidRDefault="00B705D8" w14:paraId="0A724BB8" w14:textId="0AB0DF09">
      <w:pPr>
        <w:spacing w:after="0" w:line="240" w:lineRule="auto"/>
        <w:jc w:val="both"/>
        <w:textAlignment w:val="baseline"/>
        <w:rPr>
          <w:rFonts w:ascii="Segoe UI" w:hAnsi="Segoe UI" w:eastAsia="Times New Roman" w:cs="Segoe UI"/>
          <w:sz w:val="18"/>
          <w:szCs w:val="18"/>
          <w:lang w:val="es-ES" w:eastAsia="es-ES"/>
        </w:rPr>
      </w:pPr>
      <w:r w:rsidRPr="00216034">
        <w:rPr>
          <w:rFonts w:eastAsia="Times New Roman" w:cs="Calibri"/>
          <w:lang w:val="es-ES" w:eastAsia="es-ES"/>
        </w:rPr>
        <w:t>Tipo de letra a utilizar Calibri 11 Calibri 11 Calibri 11 Calibri 11 Calibri 11 Calibri 11</w:t>
      </w:r>
      <w:r>
        <w:rPr>
          <w:rFonts w:eastAsia="Times New Roman" w:cs="Calibri"/>
          <w:lang w:val="es-ES" w:eastAsia="es-ES"/>
        </w:rPr>
        <w:t>.</w:t>
      </w:r>
      <w:r w:rsidRPr="00216034">
        <w:rPr>
          <w:rFonts w:eastAsia="Times New Roman" w:cs="Calibri"/>
          <w:lang w:val="es-ES" w:eastAsia="es-ES"/>
        </w:rPr>
        <w:t xml:space="preserve"> Tipo de letra a utilizar Calibri 11 Calibri 11 Calibri 11 Calibri 11 Calibri 11 Calibri 11. </w:t>
      </w:r>
    </w:p>
    <w:p w:rsidRPr="00216034" w:rsidR="00B705D8" w:rsidP="00B705D8" w:rsidRDefault="00B705D8" w14:paraId="5DCF7CB4" w14:textId="77777777">
      <w:pPr>
        <w:spacing w:after="0" w:line="240" w:lineRule="auto"/>
        <w:jc w:val="both"/>
        <w:textAlignment w:val="baseline"/>
        <w:rPr>
          <w:rFonts w:ascii="Segoe UI" w:hAnsi="Segoe UI" w:eastAsia="Times New Roman" w:cs="Segoe UI"/>
          <w:sz w:val="18"/>
          <w:szCs w:val="18"/>
          <w:lang w:val="es-ES" w:eastAsia="es-ES"/>
        </w:rPr>
      </w:pPr>
      <w:r w:rsidRPr="00216034">
        <w:rPr>
          <w:rFonts w:eastAsia="Times New Roman" w:cs="Calibri"/>
          <w:lang w:val="es-ES" w:eastAsia="es-ES"/>
        </w:rPr>
        <w:t> </w:t>
      </w:r>
    </w:p>
    <w:p w:rsidRPr="00216034" w:rsidR="00B705D8" w:rsidP="00B705D8" w:rsidRDefault="00B705D8" w14:paraId="7BEFDB54" w14:textId="77777777">
      <w:pPr>
        <w:spacing w:after="0" w:line="240" w:lineRule="auto"/>
        <w:jc w:val="both"/>
        <w:textAlignment w:val="baseline"/>
        <w:rPr>
          <w:rFonts w:ascii="Segoe UI" w:hAnsi="Segoe UI" w:eastAsia="Times New Roman" w:cs="Segoe UI"/>
          <w:b/>
          <w:bCs/>
          <w:sz w:val="18"/>
          <w:szCs w:val="18"/>
          <w:lang w:val="es-ES" w:eastAsia="es-ES"/>
        </w:rPr>
      </w:pPr>
      <w:proofErr w:type="spellStart"/>
      <w:r w:rsidRPr="00216034">
        <w:rPr>
          <w:rFonts w:eastAsia="Times New Roman" w:cs="Calibri"/>
          <w:b/>
          <w:bCs/>
          <w:lang w:val="es-ES" w:eastAsia="es-ES"/>
        </w:rPr>
        <w:t>Subepígrafe</w:t>
      </w:r>
      <w:proofErr w:type="spellEnd"/>
      <w:r w:rsidRPr="00216034">
        <w:rPr>
          <w:rFonts w:eastAsia="Times New Roman" w:cs="Calibri"/>
          <w:b/>
          <w:bCs/>
          <w:lang w:val="es-ES" w:eastAsia="es-ES"/>
        </w:rPr>
        <w:t xml:space="preserve"> (si es necesario incorporar </w:t>
      </w:r>
      <w:proofErr w:type="spellStart"/>
      <w:r w:rsidRPr="00216034">
        <w:rPr>
          <w:rFonts w:eastAsia="Times New Roman" w:cs="Calibri"/>
          <w:b/>
          <w:bCs/>
          <w:lang w:val="es-ES" w:eastAsia="es-ES"/>
        </w:rPr>
        <w:t>subepígrafe</w:t>
      </w:r>
      <w:proofErr w:type="spellEnd"/>
      <w:r w:rsidRPr="00216034">
        <w:rPr>
          <w:rFonts w:eastAsia="Times New Roman" w:cs="Calibri"/>
          <w:b/>
          <w:bCs/>
          <w:lang w:val="es-ES" w:eastAsia="es-ES"/>
        </w:rPr>
        <w:t>, seguir este formato) </w:t>
      </w:r>
    </w:p>
    <w:p w:rsidRPr="00216034" w:rsidR="00B705D8" w:rsidP="00B705D8" w:rsidRDefault="00B705D8" w14:paraId="3BBE32D5" w14:textId="77777777">
      <w:pPr>
        <w:spacing w:after="0" w:line="240" w:lineRule="auto"/>
        <w:jc w:val="both"/>
        <w:textAlignment w:val="baseline"/>
        <w:rPr>
          <w:rFonts w:ascii="Segoe UI" w:hAnsi="Segoe UI" w:eastAsia="Times New Roman" w:cs="Segoe UI"/>
          <w:sz w:val="18"/>
          <w:szCs w:val="18"/>
          <w:lang w:val="es-ES" w:eastAsia="es-ES"/>
        </w:rPr>
      </w:pPr>
      <w:r w:rsidRPr="00216034">
        <w:rPr>
          <w:rFonts w:eastAsia="Times New Roman" w:cs="Calibri"/>
          <w:lang w:val="es-ES" w:eastAsia="es-ES"/>
        </w:rPr>
        <w:t>Tipo de letra a utilizar Calibri 11 Calibri 11 Calibri 11 Calibri 11 Calibri 11 Calibri 11</w:t>
      </w:r>
      <w:r>
        <w:rPr>
          <w:rFonts w:eastAsia="Times New Roman" w:cs="Calibri"/>
          <w:lang w:val="es-ES" w:eastAsia="es-ES"/>
        </w:rPr>
        <w:t>.</w:t>
      </w:r>
      <w:r w:rsidRPr="00216034">
        <w:rPr>
          <w:rFonts w:eastAsia="Times New Roman" w:cs="Calibri"/>
          <w:lang w:val="es-ES" w:eastAsia="es-ES"/>
        </w:rPr>
        <w:t xml:space="preserve"> Tipo de letra a utilizar Calibri 11 Calibri 11 Calibri 11 Calibri 11 Calibri 11 Calibri 11. </w:t>
      </w:r>
    </w:p>
    <w:p w:rsidRPr="00B705D8" w:rsidR="00ED73F7" w:rsidP="008C5A37" w:rsidRDefault="00420138" w14:paraId="771B106B" w14:textId="77777777">
      <w:pPr>
        <w:pStyle w:val="Ttulo1"/>
        <w:jc w:val="center"/>
        <w:rPr>
          <w:rFonts w:ascii="Calibri" w:hAnsi="Calibri" w:cs="Calibri"/>
          <w:sz w:val="24"/>
          <w:szCs w:val="24"/>
          <w:lang w:val="es-ES"/>
        </w:rPr>
      </w:pPr>
      <w:r w:rsidRPr="00B705D8">
        <w:rPr>
          <w:rFonts w:ascii="Calibri" w:hAnsi="Calibri" w:cs="Calibri"/>
          <w:color w:val="0D4F8E"/>
          <w:sz w:val="24"/>
          <w:szCs w:val="24"/>
          <w:lang w:val="es-ES"/>
        </w:rPr>
        <w:t>Resultados / Desarrollo y aportaciones de la propuesta</w:t>
      </w:r>
    </w:p>
    <w:p w:rsidRPr="00B705D8" w:rsidR="008C5A37" w:rsidP="008C5A37" w:rsidRDefault="00420138" w14:paraId="6451DBEB" w14:textId="77777777">
      <w:pPr>
        <w:rPr>
          <w:rFonts w:cs="Calibri"/>
          <w:i/>
          <w:color w:val="FF0000"/>
          <w:lang w:val="es-ES"/>
        </w:rPr>
      </w:pPr>
      <w:r w:rsidRPr="00B705D8">
        <w:rPr>
          <w:rFonts w:cs="Calibri"/>
          <w:b/>
          <w:i/>
          <w:color w:val="FF0000"/>
          <w:lang w:val="es-ES"/>
        </w:rPr>
        <w:t>Investigaciones</w:t>
      </w:r>
      <w:r w:rsidRPr="00B705D8">
        <w:rPr>
          <w:rFonts w:cs="Calibri"/>
          <w:i/>
          <w:color w:val="FF0000"/>
          <w:lang w:val="es-ES"/>
        </w:rPr>
        <w:t xml:space="preserve">: presente los principales resultados de forma clara y ordenada. </w:t>
      </w:r>
    </w:p>
    <w:p w:rsidR="00ED73F7" w:rsidP="008C5A37" w:rsidRDefault="00420138" w14:paraId="336EBABC" w14:textId="37594AEF">
      <w:pPr>
        <w:rPr>
          <w:rFonts w:cs="Calibri"/>
          <w:i/>
          <w:color w:val="FF0000"/>
          <w:lang w:val="es-ES"/>
        </w:rPr>
      </w:pPr>
      <w:r w:rsidRPr="00B705D8">
        <w:rPr>
          <w:rFonts w:cs="Calibri"/>
          <w:b/>
          <w:i/>
          <w:color w:val="FF0000"/>
          <w:lang w:val="es-ES"/>
        </w:rPr>
        <w:t>Proyectos o intervenciones</w:t>
      </w:r>
      <w:r w:rsidRPr="00B705D8">
        <w:rPr>
          <w:rFonts w:cs="Calibri"/>
          <w:i/>
          <w:color w:val="FF0000"/>
          <w:lang w:val="es-ES"/>
        </w:rPr>
        <w:t>: describa las actuaciones desarrolladas, el grado de ejecución, los productos generados, los avances, logros y dificultades; incluya evidencias o indicadores de valoración cuando existan. En proyectos en curso, diferencie los avances constatados de los resultados esperados.</w:t>
      </w:r>
    </w:p>
    <w:p w:rsidR="00B705D8" w:rsidP="008C5A37" w:rsidRDefault="00B705D8" w14:paraId="779C8A7D" w14:textId="4B79CB2E">
      <w:pPr>
        <w:rPr>
          <w:rFonts w:cs="Calibri"/>
          <w:i/>
          <w:color w:val="FF0000"/>
          <w:lang w:val="es-ES"/>
        </w:rPr>
      </w:pPr>
    </w:p>
    <w:p w:rsidRPr="00216034" w:rsidR="00B705D8" w:rsidP="00B705D8" w:rsidRDefault="00B705D8" w14:paraId="029C94EA" w14:textId="77777777">
      <w:pPr>
        <w:spacing w:after="0" w:line="240" w:lineRule="auto"/>
        <w:jc w:val="both"/>
        <w:textAlignment w:val="baseline"/>
        <w:rPr>
          <w:rFonts w:ascii="Segoe UI" w:hAnsi="Segoe UI" w:eastAsia="Times New Roman" w:cs="Segoe UI"/>
          <w:sz w:val="18"/>
          <w:szCs w:val="18"/>
          <w:lang w:val="es-ES" w:eastAsia="es-ES"/>
        </w:rPr>
      </w:pPr>
      <w:r w:rsidRPr="00216034">
        <w:rPr>
          <w:rFonts w:eastAsia="Times New Roman" w:cs="Calibri"/>
          <w:lang w:val="es-ES" w:eastAsia="es-ES"/>
        </w:rPr>
        <w:t>Tipo de letra a utilizar Calibri 11 Calibri 11 Calibri 11 Calibri 11 Calibri 11 Calibri 11</w:t>
      </w:r>
      <w:r>
        <w:rPr>
          <w:rFonts w:eastAsia="Times New Roman" w:cs="Calibri"/>
          <w:lang w:val="es-ES" w:eastAsia="es-ES"/>
        </w:rPr>
        <w:t>.</w:t>
      </w:r>
      <w:r w:rsidRPr="00216034">
        <w:rPr>
          <w:rFonts w:eastAsia="Times New Roman" w:cs="Calibri"/>
          <w:lang w:val="es-ES" w:eastAsia="es-ES"/>
        </w:rPr>
        <w:t xml:space="preserve"> Tipo de letra a utilizar Calibri 11 Calibri 11 Calibri 11 Calibri 11 Calibri 11 Calibri 11. </w:t>
      </w:r>
    </w:p>
    <w:p w:rsidRPr="00216034" w:rsidR="00B705D8" w:rsidP="00B705D8" w:rsidRDefault="00B705D8" w14:paraId="4C098FAD" w14:textId="77777777">
      <w:pPr>
        <w:spacing w:after="0" w:line="240" w:lineRule="auto"/>
        <w:jc w:val="both"/>
        <w:textAlignment w:val="baseline"/>
        <w:rPr>
          <w:rFonts w:ascii="Segoe UI" w:hAnsi="Segoe UI" w:eastAsia="Times New Roman" w:cs="Segoe UI"/>
          <w:sz w:val="18"/>
          <w:szCs w:val="18"/>
          <w:lang w:val="es-ES" w:eastAsia="es-ES"/>
        </w:rPr>
      </w:pPr>
      <w:r w:rsidRPr="00216034">
        <w:rPr>
          <w:rFonts w:eastAsia="Times New Roman" w:cs="Calibri"/>
          <w:lang w:val="es-ES" w:eastAsia="es-ES"/>
        </w:rPr>
        <w:t> </w:t>
      </w:r>
    </w:p>
    <w:p w:rsidR="00B705D8" w:rsidP="00B705D8" w:rsidRDefault="00B705D8" w14:paraId="7F665B07" w14:textId="77777777">
      <w:pPr>
        <w:spacing w:after="0" w:line="240" w:lineRule="auto"/>
        <w:jc w:val="both"/>
        <w:textAlignment w:val="baseline"/>
        <w:rPr>
          <w:rFonts w:eastAsia="Times New Roman" w:cs="Calibri"/>
          <w:b/>
          <w:bCs/>
          <w:lang w:val="es-ES" w:eastAsia="es-ES"/>
        </w:rPr>
      </w:pPr>
    </w:p>
    <w:p w:rsidR="00B705D8" w:rsidP="00B705D8" w:rsidRDefault="00B705D8" w14:paraId="01E0486A" w14:textId="77777777">
      <w:pPr>
        <w:spacing w:after="0" w:line="240" w:lineRule="auto"/>
        <w:jc w:val="both"/>
        <w:textAlignment w:val="baseline"/>
        <w:rPr>
          <w:rFonts w:eastAsia="Times New Roman" w:cs="Calibri"/>
          <w:b/>
          <w:bCs/>
          <w:lang w:val="es-ES" w:eastAsia="es-ES"/>
        </w:rPr>
      </w:pPr>
    </w:p>
    <w:p w:rsidR="00B705D8" w:rsidP="00B705D8" w:rsidRDefault="00B705D8" w14:paraId="79355B3E" w14:textId="77777777">
      <w:pPr>
        <w:spacing w:after="0" w:line="240" w:lineRule="auto"/>
        <w:jc w:val="both"/>
        <w:textAlignment w:val="baseline"/>
        <w:rPr>
          <w:rFonts w:eastAsia="Times New Roman" w:cs="Calibri"/>
          <w:b/>
          <w:bCs/>
          <w:lang w:val="es-ES" w:eastAsia="es-ES"/>
        </w:rPr>
      </w:pPr>
    </w:p>
    <w:p w:rsidR="00B705D8" w:rsidP="00B705D8" w:rsidRDefault="00B705D8" w14:paraId="35FD7E8F" w14:textId="77777777">
      <w:pPr>
        <w:spacing w:after="0" w:line="240" w:lineRule="auto"/>
        <w:jc w:val="both"/>
        <w:textAlignment w:val="baseline"/>
        <w:rPr>
          <w:rFonts w:eastAsia="Times New Roman" w:cs="Calibri"/>
          <w:b/>
          <w:bCs/>
          <w:lang w:val="es-ES" w:eastAsia="es-ES"/>
        </w:rPr>
      </w:pPr>
    </w:p>
    <w:p w:rsidRPr="00216034" w:rsidR="00B705D8" w:rsidP="00B705D8" w:rsidRDefault="00B705D8" w14:paraId="25D9C24F" w14:textId="0EFA5E3A">
      <w:pPr>
        <w:spacing w:after="0" w:line="240" w:lineRule="auto"/>
        <w:jc w:val="both"/>
        <w:textAlignment w:val="baseline"/>
        <w:rPr>
          <w:rFonts w:ascii="Segoe UI" w:hAnsi="Segoe UI" w:eastAsia="Times New Roman" w:cs="Segoe UI"/>
          <w:sz w:val="18"/>
          <w:szCs w:val="18"/>
          <w:lang w:val="es-ES" w:eastAsia="es-ES"/>
        </w:rPr>
      </w:pPr>
      <w:r w:rsidRPr="00216034">
        <w:rPr>
          <w:rFonts w:eastAsia="Times New Roman" w:cs="Calibri"/>
          <w:b/>
          <w:bCs/>
          <w:lang w:val="es-ES" w:eastAsia="es-ES"/>
        </w:rPr>
        <w:t>Figura 2</w:t>
      </w:r>
      <w:r w:rsidRPr="00216034">
        <w:rPr>
          <w:rFonts w:eastAsia="Times New Roman" w:cs="Calibri"/>
          <w:lang w:val="es-ES" w:eastAsia="es-ES"/>
        </w:rPr>
        <w:t> </w:t>
      </w:r>
    </w:p>
    <w:p w:rsidRPr="00216034" w:rsidR="00B705D8" w:rsidP="00B705D8" w:rsidRDefault="00B705D8" w14:paraId="2E000EBE" w14:textId="77777777">
      <w:pPr>
        <w:spacing w:after="0" w:line="240" w:lineRule="auto"/>
        <w:jc w:val="both"/>
        <w:textAlignment w:val="baseline"/>
        <w:rPr>
          <w:rFonts w:ascii="Segoe UI" w:hAnsi="Segoe UI" w:eastAsia="Times New Roman" w:cs="Segoe UI"/>
          <w:sz w:val="18"/>
          <w:szCs w:val="18"/>
          <w:lang w:val="es-ES" w:eastAsia="es-ES"/>
        </w:rPr>
      </w:pPr>
      <w:r w:rsidRPr="00216034">
        <w:rPr>
          <w:rFonts w:eastAsia="Times New Roman" w:cs="Calibri"/>
          <w:i/>
          <w:iCs/>
          <w:lang w:val="es-ES" w:eastAsia="es-ES"/>
        </w:rPr>
        <w:t>Título figura</w:t>
      </w:r>
      <w:r w:rsidRPr="00216034">
        <w:rPr>
          <w:rFonts w:eastAsia="Times New Roman" w:cs="Calibri"/>
          <w:lang w:val="es-ES" w:eastAsia="es-ES"/>
        </w:rPr>
        <w:t> </w:t>
      </w:r>
    </w:p>
    <w:p w:rsidRPr="00216034" w:rsidR="00B705D8" w:rsidP="00B705D8" w:rsidRDefault="00B705D8" w14:paraId="534251C9" w14:textId="77777777">
      <w:pPr>
        <w:spacing w:after="0" w:line="240" w:lineRule="auto"/>
        <w:jc w:val="center"/>
        <w:textAlignment w:val="baseline"/>
        <w:rPr>
          <w:rFonts w:ascii="Segoe UI" w:hAnsi="Segoe UI" w:eastAsia="Times New Roman" w:cs="Segoe UI"/>
          <w:sz w:val="18"/>
          <w:szCs w:val="18"/>
          <w:lang w:val="es-ES" w:eastAsia="es-ES"/>
        </w:rPr>
      </w:pPr>
      <w:r w:rsidRPr="00216034">
        <w:rPr>
          <w:rFonts w:ascii="Segoe UI" w:hAnsi="Segoe UI" w:eastAsia="Times New Roman" w:cs="Segoe UI"/>
          <w:noProof/>
          <w:sz w:val="18"/>
          <w:szCs w:val="18"/>
          <w:lang w:val="es-ES" w:eastAsia="es-ES"/>
        </w:rPr>
        <w:drawing>
          <wp:inline distT="0" distB="0" distL="0" distR="0" wp14:anchorId="7F06D66A" wp14:editId="445CA641">
            <wp:extent cx="4171950" cy="2400300"/>
            <wp:effectExtent l="0" t="0" r="0" b="0"/>
            <wp:docPr id="4" name="Imagen 3" descr="Gráfico, Gráfico de barras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n 3" descr="Gráfico, Gráfico de barras&#10;&#10;Descripción generada automáticamente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71950" cy="2400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16034">
        <w:rPr>
          <w:rFonts w:eastAsia="Times New Roman" w:cs="Calibri"/>
          <w:sz w:val="20"/>
          <w:szCs w:val="20"/>
          <w:lang w:val="es-ES" w:eastAsia="es-ES"/>
        </w:rPr>
        <w:t> </w:t>
      </w:r>
    </w:p>
    <w:p w:rsidRPr="00216034" w:rsidR="00B705D8" w:rsidP="00B705D8" w:rsidRDefault="00B705D8" w14:paraId="32485FCA" w14:textId="77777777">
      <w:pPr>
        <w:spacing w:after="0" w:line="240" w:lineRule="auto"/>
        <w:jc w:val="both"/>
        <w:textAlignment w:val="baseline"/>
        <w:rPr>
          <w:rFonts w:ascii="Segoe UI" w:hAnsi="Segoe UI" w:eastAsia="Times New Roman" w:cs="Segoe UI"/>
          <w:sz w:val="18"/>
          <w:szCs w:val="18"/>
          <w:lang w:val="es-ES" w:eastAsia="es-ES"/>
        </w:rPr>
      </w:pPr>
      <w:r w:rsidRPr="00216034">
        <w:rPr>
          <w:rFonts w:eastAsia="Times New Roman" w:cs="Calibri"/>
          <w:lang w:val="es-ES" w:eastAsia="es-ES"/>
        </w:rPr>
        <w:t>Tipo de letra a utilizar Calibri 11 Calibri 11 Calibri 11 Calibri 11 Calibri 11 Calibri 11</w:t>
      </w:r>
      <w:r>
        <w:rPr>
          <w:rFonts w:eastAsia="Times New Roman" w:cs="Calibri"/>
          <w:lang w:val="es-ES" w:eastAsia="es-ES"/>
        </w:rPr>
        <w:t>.</w:t>
      </w:r>
      <w:r w:rsidRPr="00216034">
        <w:rPr>
          <w:rFonts w:eastAsia="Times New Roman" w:cs="Calibri"/>
          <w:lang w:val="es-ES" w:eastAsia="es-ES"/>
        </w:rPr>
        <w:t xml:space="preserve"> Tipo de letra a utilizar Calibri 11 Calibri 11 Calibri 11 Calibri 11 Calibri 11 Calibri 11. </w:t>
      </w:r>
    </w:p>
    <w:p w:rsidRPr="00216034" w:rsidR="00B705D8" w:rsidP="00B705D8" w:rsidRDefault="00B705D8" w14:paraId="1D8FA512" w14:textId="77777777">
      <w:pPr>
        <w:spacing w:after="0" w:line="240" w:lineRule="auto"/>
        <w:jc w:val="both"/>
        <w:textAlignment w:val="baseline"/>
        <w:rPr>
          <w:rFonts w:ascii="Segoe UI" w:hAnsi="Segoe UI" w:eastAsia="Times New Roman" w:cs="Segoe UI"/>
          <w:sz w:val="18"/>
          <w:szCs w:val="18"/>
          <w:lang w:val="es-ES" w:eastAsia="es-ES"/>
        </w:rPr>
      </w:pPr>
      <w:r w:rsidRPr="00216034">
        <w:rPr>
          <w:rFonts w:eastAsia="Times New Roman" w:cs="Calibri"/>
          <w:lang w:val="es-ES" w:eastAsia="es-ES"/>
        </w:rPr>
        <w:t> </w:t>
      </w:r>
    </w:p>
    <w:p w:rsidRPr="00216034" w:rsidR="00B705D8" w:rsidP="00B705D8" w:rsidRDefault="00B705D8" w14:paraId="2ABC7177" w14:textId="77777777">
      <w:pPr>
        <w:spacing w:after="0" w:line="240" w:lineRule="auto"/>
        <w:jc w:val="both"/>
        <w:textAlignment w:val="baseline"/>
        <w:rPr>
          <w:rFonts w:ascii="Segoe UI" w:hAnsi="Segoe UI" w:eastAsia="Times New Roman" w:cs="Segoe UI"/>
          <w:b/>
          <w:bCs/>
          <w:sz w:val="18"/>
          <w:szCs w:val="18"/>
          <w:lang w:val="es-ES" w:eastAsia="es-ES"/>
        </w:rPr>
      </w:pPr>
      <w:proofErr w:type="spellStart"/>
      <w:r w:rsidRPr="00216034">
        <w:rPr>
          <w:rFonts w:eastAsia="Times New Roman" w:cs="Calibri"/>
          <w:b/>
          <w:bCs/>
          <w:lang w:val="es-ES" w:eastAsia="es-ES"/>
        </w:rPr>
        <w:t>Subepígrafe</w:t>
      </w:r>
      <w:proofErr w:type="spellEnd"/>
      <w:r w:rsidRPr="00216034">
        <w:rPr>
          <w:rFonts w:eastAsia="Times New Roman" w:cs="Calibri"/>
          <w:b/>
          <w:bCs/>
          <w:lang w:val="es-ES" w:eastAsia="es-ES"/>
        </w:rPr>
        <w:t xml:space="preserve"> (si es necesario incorporar </w:t>
      </w:r>
      <w:proofErr w:type="spellStart"/>
      <w:r w:rsidRPr="00216034">
        <w:rPr>
          <w:rFonts w:eastAsia="Times New Roman" w:cs="Calibri"/>
          <w:b/>
          <w:bCs/>
          <w:lang w:val="es-ES" w:eastAsia="es-ES"/>
        </w:rPr>
        <w:t>subepígrafe</w:t>
      </w:r>
      <w:proofErr w:type="spellEnd"/>
      <w:r w:rsidRPr="00216034">
        <w:rPr>
          <w:rFonts w:eastAsia="Times New Roman" w:cs="Calibri"/>
          <w:b/>
          <w:bCs/>
          <w:lang w:val="es-ES" w:eastAsia="es-ES"/>
        </w:rPr>
        <w:t>, seguir este formato) </w:t>
      </w:r>
    </w:p>
    <w:p w:rsidRPr="00216034" w:rsidR="00B705D8" w:rsidP="00B705D8" w:rsidRDefault="00B705D8" w14:paraId="1A59B87A" w14:textId="77777777">
      <w:pPr>
        <w:spacing w:after="0" w:line="240" w:lineRule="auto"/>
        <w:jc w:val="both"/>
        <w:textAlignment w:val="baseline"/>
        <w:rPr>
          <w:rFonts w:ascii="Segoe UI" w:hAnsi="Segoe UI" w:eastAsia="Times New Roman" w:cs="Segoe UI"/>
          <w:sz w:val="18"/>
          <w:szCs w:val="18"/>
          <w:lang w:val="es-ES" w:eastAsia="es-ES"/>
        </w:rPr>
      </w:pPr>
      <w:r w:rsidRPr="00216034">
        <w:rPr>
          <w:rFonts w:eastAsia="Times New Roman" w:cs="Calibri"/>
          <w:lang w:val="es-ES" w:eastAsia="es-ES"/>
        </w:rPr>
        <w:t>Tipo de letra a utilizar Calibri 11 Calibri 11 Calibri 11 Calibri 11 Calibri 11 Calibri 11</w:t>
      </w:r>
      <w:r>
        <w:rPr>
          <w:rFonts w:eastAsia="Times New Roman" w:cs="Calibri"/>
          <w:lang w:val="es-ES" w:eastAsia="es-ES"/>
        </w:rPr>
        <w:t>.</w:t>
      </w:r>
      <w:r w:rsidRPr="00216034">
        <w:rPr>
          <w:rFonts w:eastAsia="Times New Roman" w:cs="Calibri"/>
          <w:lang w:val="es-ES" w:eastAsia="es-ES"/>
        </w:rPr>
        <w:t xml:space="preserve"> Tipo de letra a utilizar Calibri 11 Calibri 11 Calibri 11 Calibri 11 Calibri 11 Calibri 11. </w:t>
      </w:r>
    </w:p>
    <w:p w:rsidRPr="00B705D8" w:rsidR="00ED73F7" w:rsidP="008C5A37" w:rsidRDefault="00420138" w14:paraId="39FE9B82" w14:textId="77777777">
      <w:pPr>
        <w:pStyle w:val="Ttulo1"/>
        <w:jc w:val="center"/>
        <w:rPr>
          <w:rFonts w:ascii="Calibri" w:hAnsi="Calibri" w:cs="Calibri"/>
          <w:sz w:val="24"/>
          <w:szCs w:val="24"/>
          <w:lang w:val="es-ES"/>
        </w:rPr>
      </w:pPr>
      <w:r w:rsidRPr="00B705D8">
        <w:rPr>
          <w:rFonts w:ascii="Calibri" w:hAnsi="Calibri" w:cs="Calibri"/>
          <w:color w:val="0D4F8E"/>
          <w:sz w:val="24"/>
          <w:szCs w:val="24"/>
          <w:lang w:val="es-ES"/>
        </w:rPr>
        <w:t>Discusión y conclusiones / Valoración y conclusiones</w:t>
      </w:r>
    </w:p>
    <w:p w:rsidRPr="00B705D8" w:rsidR="008C5A37" w:rsidP="008C5A37" w:rsidRDefault="00420138" w14:paraId="77A0A290" w14:textId="77777777">
      <w:pPr>
        <w:rPr>
          <w:rFonts w:cs="Calibri"/>
          <w:i/>
          <w:color w:val="FF0000"/>
          <w:lang w:val="es-ES"/>
        </w:rPr>
      </w:pPr>
      <w:r w:rsidRPr="00B705D8">
        <w:rPr>
          <w:rFonts w:cs="Calibri"/>
          <w:b/>
          <w:i/>
          <w:color w:val="FF0000"/>
          <w:lang w:val="es-ES"/>
        </w:rPr>
        <w:t>Investigaciones</w:t>
      </w:r>
      <w:r w:rsidRPr="00B705D8">
        <w:rPr>
          <w:rFonts w:cs="Calibri"/>
          <w:i/>
          <w:color w:val="FF0000"/>
          <w:lang w:val="es-ES"/>
        </w:rPr>
        <w:t xml:space="preserve">: interprete los hallazgos a la luz de los objetivos y de la literatura y señale sus implicaciones y limitaciones. </w:t>
      </w:r>
    </w:p>
    <w:p w:rsidRPr="00B705D8" w:rsidR="00ED73F7" w:rsidP="008C5A37" w:rsidRDefault="00420138" w14:paraId="6889746F" w14:textId="130693F2">
      <w:pPr>
        <w:rPr>
          <w:rFonts w:cs="Calibri"/>
          <w:i/>
          <w:color w:val="FF0000"/>
          <w:lang w:val="es-ES"/>
        </w:rPr>
      </w:pPr>
      <w:r w:rsidRPr="00B705D8">
        <w:rPr>
          <w:rFonts w:cs="Calibri"/>
          <w:b/>
          <w:i/>
          <w:color w:val="FF0000"/>
          <w:lang w:val="es-ES"/>
        </w:rPr>
        <w:t>Proyectos o intervenciones</w:t>
      </w:r>
      <w:r w:rsidRPr="00B705D8">
        <w:rPr>
          <w:rFonts w:cs="Calibri"/>
          <w:i/>
          <w:color w:val="FF0000"/>
          <w:lang w:val="es-ES"/>
        </w:rPr>
        <w:t>: valore la experiencia en relación con los objetivos, destaque aprendizajes, condiciones facilitadoras y limitaciones, y exponga posibilidades de mejora, continuidad o transferencia.</w:t>
      </w:r>
    </w:p>
    <w:p w:rsidRPr="00216034" w:rsidR="00B705D8" w:rsidP="00B705D8" w:rsidRDefault="00B705D8" w14:paraId="39BE42CD" w14:textId="77777777">
      <w:pPr>
        <w:spacing w:after="0" w:line="240" w:lineRule="auto"/>
        <w:jc w:val="both"/>
        <w:textAlignment w:val="baseline"/>
        <w:rPr>
          <w:rFonts w:ascii="Segoe UI" w:hAnsi="Segoe UI" w:eastAsia="Times New Roman" w:cs="Segoe UI"/>
          <w:sz w:val="18"/>
          <w:szCs w:val="18"/>
          <w:lang w:val="es-ES" w:eastAsia="es-ES"/>
        </w:rPr>
      </w:pPr>
      <w:r w:rsidRPr="00216034">
        <w:rPr>
          <w:rFonts w:eastAsia="Times New Roman" w:cs="Calibri"/>
          <w:lang w:val="es-ES" w:eastAsia="es-ES"/>
        </w:rPr>
        <w:t>Tipo de letra a utilizar Calibri 11 Calibri 11 Calibri 11 Calibri 11 Calibri 11 Calibri 11</w:t>
      </w:r>
      <w:r>
        <w:rPr>
          <w:rFonts w:eastAsia="Times New Roman" w:cs="Calibri"/>
          <w:lang w:val="es-ES" w:eastAsia="es-ES"/>
        </w:rPr>
        <w:t>.</w:t>
      </w:r>
      <w:r w:rsidRPr="00216034">
        <w:rPr>
          <w:rFonts w:eastAsia="Times New Roman" w:cs="Calibri"/>
          <w:lang w:val="es-ES" w:eastAsia="es-ES"/>
        </w:rPr>
        <w:t xml:space="preserve"> Tipo de letra a utilizar Calibri 11 Calibri 11 Calibri 11 Calibri 11 Calibri 11 Calibri 11. </w:t>
      </w:r>
    </w:p>
    <w:p w:rsidR="00B705D8" w:rsidP="00B705D8" w:rsidRDefault="00B705D8" w14:paraId="62E30BCB" w14:textId="77777777">
      <w:pPr>
        <w:spacing w:after="0" w:line="240" w:lineRule="auto"/>
        <w:jc w:val="both"/>
        <w:textAlignment w:val="baseline"/>
        <w:rPr>
          <w:rFonts w:eastAsia="Times New Roman" w:cs="Calibri"/>
          <w:b/>
          <w:bCs/>
          <w:lang w:val="es-ES" w:eastAsia="es-ES"/>
        </w:rPr>
      </w:pPr>
    </w:p>
    <w:p w:rsidRPr="00216034" w:rsidR="00B705D8" w:rsidP="00B705D8" w:rsidRDefault="00B705D8" w14:paraId="531580EC" w14:textId="3BD7DA6B">
      <w:pPr>
        <w:spacing w:after="0" w:line="240" w:lineRule="auto"/>
        <w:jc w:val="both"/>
        <w:textAlignment w:val="baseline"/>
        <w:rPr>
          <w:rFonts w:ascii="Segoe UI" w:hAnsi="Segoe UI" w:eastAsia="Times New Roman" w:cs="Segoe UI"/>
          <w:b/>
          <w:bCs/>
          <w:sz w:val="18"/>
          <w:szCs w:val="18"/>
          <w:lang w:val="es-ES" w:eastAsia="es-ES"/>
        </w:rPr>
      </w:pPr>
      <w:proofErr w:type="spellStart"/>
      <w:r w:rsidRPr="00216034">
        <w:rPr>
          <w:rFonts w:eastAsia="Times New Roman" w:cs="Calibri"/>
          <w:b/>
          <w:bCs/>
          <w:lang w:val="es-ES" w:eastAsia="es-ES"/>
        </w:rPr>
        <w:t>Subepígrafe</w:t>
      </w:r>
      <w:proofErr w:type="spellEnd"/>
      <w:r w:rsidRPr="00216034">
        <w:rPr>
          <w:rFonts w:eastAsia="Times New Roman" w:cs="Calibri"/>
          <w:b/>
          <w:bCs/>
          <w:lang w:val="es-ES" w:eastAsia="es-ES"/>
        </w:rPr>
        <w:t xml:space="preserve"> (si es necesario incorporar </w:t>
      </w:r>
      <w:proofErr w:type="spellStart"/>
      <w:r w:rsidRPr="00216034">
        <w:rPr>
          <w:rFonts w:eastAsia="Times New Roman" w:cs="Calibri"/>
          <w:b/>
          <w:bCs/>
          <w:lang w:val="es-ES" w:eastAsia="es-ES"/>
        </w:rPr>
        <w:t>subepígrafe</w:t>
      </w:r>
      <w:proofErr w:type="spellEnd"/>
      <w:r w:rsidRPr="00216034">
        <w:rPr>
          <w:rFonts w:eastAsia="Times New Roman" w:cs="Calibri"/>
          <w:b/>
          <w:bCs/>
          <w:lang w:val="es-ES" w:eastAsia="es-ES"/>
        </w:rPr>
        <w:t>, seguir este formato) </w:t>
      </w:r>
    </w:p>
    <w:p w:rsidRPr="00216034" w:rsidR="00B705D8" w:rsidP="00B705D8" w:rsidRDefault="00B705D8" w14:paraId="7AFFBE63" w14:textId="77777777">
      <w:pPr>
        <w:spacing w:after="0" w:line="240" w:lineRule="auto"/>
        <w:jc w:val="both"/>
        <w:textAlignment w:val="baseline"/>
        <w:rPr>
          <w:rFonts w:ascii="Segoe UI" w:hAnsi="Segoe UI" w:eastAsia="Times New Roman" w:cs="Segoe UI"/>
          <w:sz w:val="18"/>
          <w:szCs w:val="18"/>
          <w:lang w:val="es-ES" w:eastAsia="es-ES"/>
        </w:rPr>
      </w:pPr>
      <w:r w:rsidRPr="00216034">
        <w:rPr>
          <w:rFonts w:eastAsia="Times New Roman" w:cs="Calibri"/>
          <w:lang w:val="es-ES" w:eastAsia="es-ES"/>
        </w:rPr>
        <w:t>Tipo de letra a utilizar Calibri 11 Calibri 11 Calibri 11 Calibri 11 Calibri 11 Calibri 11</w:t>
      </w:r>
      <w:r>
        <w:rPr>
          <w:rFonts w:eastAsia="Times New Roman" w:cs="Calibri"/>
          <w:lang w:val="es-ES" w:eastAsia="es-ES"/>
        </w:rPr>
        <w:t>.</w:t>
      </w:r>
      <w:r w:rsidRPr="00216034">
        <w:rPr>
          <w:rFonts w:eastAsia="Times New Roman" w:cs="Calibri"/>
          <w:lang w:val="es-ES" w:eastAsia="es-ES"/>
        </w:rPr>
        <w:t xml:space="preserve"> Tipo de letra a utilizar Calibri 11 Calibri 11 Calibri 11 Calibri 11 Calibri 11 Calibri 11. </w:t>
      </w:r>
    </w:p>
    <w:p w:rsidRPr="00B705D8" w:rsidR="00ED73F7" w:rsidP="008C5A37" w:rsidRDefault="00420138" w14:paraId="48BF7AD6" w14:textId="77777777">
      <w:pPr>
        <w:pStyle w:val="Ttulo1"/>
        <w:jc w:val="center"/>
        <w:rPr>
          <w:rFonts w:ascii="Calibri" w:hAnsi="Calibri" w:cs="Calibri"/>
          <w:sz w:val="24"/>
          <w:szCs w:val="24"/>
          <w:lang w:val="es-ES"/>
        </w:rPr>
      </w:pPr>
      <w:r w:rsidRPr="00B705D8">
        <w:rPr>
          <w:rFonts w:ascii="Calibri" w:hAnsi="Calibri" w:cs="Calibri"/>
          <w:color w:val="0D4F8E"/>
          <w:sz w:val="24"/>
          <w:szCs w:val="24"/>
          <w:lang w:val="es-ES"/>
        </w:rPr>
        <w:t>Referencias bibliográficas</w:t>
      </w:r>
    </w:p>
    <w:p w:rsidRPr="00D83D4F" w:rsidR="00ED73F7" w:rsidP="6119576E" w:rsidRDefault="00420138" w14:paraId="74D83D34" w14:textId="7EB0B20E">
      <w:pPr>
        <w:spacing w:after="0" w:line="240" w:lineRule="auto"/>
        <w:ind w:left="705" w:hanging="705"/>
        <w:jc w:val="both"/>
        <w:rPr>
          <w:rFonts w:cs="Calibri"/>
          <w:lang w:val="es-ES"/>
        </w:rPr>
      </w:pPr>
      <w:r w:rsidRPr="6119576E" w:rsidR="7F4C8D0D">
        <w:rPr>
          <w:rFonts w:eastAsia="Times New Roman" w:cs="Calibri"/>
          <w:color w:val="FF0000"/>
          <w:lang w:val="es-ES" w:eastAsia="es-ES"/>
        </w:rPr>
        <w:t>Siga las normas APA (7ª edición) para las referencias bibliográficas y utilice la sangría francesa al redactar el párrafo. Tipo de letra Calibri 11.</w:t>
      </w:r>
      <w:r w:rsidRPr="6119576E" w:rsidR="7F4C8D0D">
        <w:rPr>
          <w:rFonts w:eastAsia="Times New Roman" w:cs="Calibri"/>
          <w:color w:val="FF0000"/>
          <w:lang w:val="es-ES" w:eastAsia="es-ES"/>
        </w:rPr>
        <w:t xml:space="preserve"> </w:t>
      </w:r>
      <w:r w:rsidRPr="6119576E" w:rsidR="7F4C8D0D">
        <w:rPr>
          <w:rFonts w:cs="Calibri"/>
          <w:b w:val="1"/>
          <w:bCs w:val="1"/>
          <w:i w:val="1"/>
          <w:iCs w:val="1"/>
          <w:color w:val="69717C"/>
          <w:highlight w:val="yellow"/>
          <w:lang w:val="es-ES"/>
        </w:rPr>
        <w:t>Máximo cinco referencias</w:t>
      </w:r>
      <w:r w:rsidRPr="6119576E" w:rsidR="7F4C8D0D">
        <w:rPr>
          <w:rFonts w:cs="Calibri"/>
          <w:i w:val="1"/>
          <w:iCs w:val="1"/>
          <w:color w:val="69717C"/>
          <w:lang w:val="es-ES"/>
        </w:rPr>
        <w:t>,</w:t>
      </w:r>
      <w:r w:rsidRPr="6119576E" w:rsidR="1E642E25">
        <w:rPr>
          <w:rFonts w:cs="Calibri"/>
          <w:i w:val="1"/>
          <w:iCs w:val="1"/>
          <w:color w:val="69717C"/>
          <w:lang w:val="es-ES"/>
        </w:rPr>
        <w:t>.</w:t>
      </w:r>
    </w:p>
    <w:p w:rsidRPr="00D83D4F" w:rsidR="00ED73F7" w:rsidP="008C5A37" w:rsidRDefault="00ED73F7" w14:paraId="26B0EF73" w14:textId="77777777">
      <w:pPr>
        <w:rPr>
          <w:rFonts w:cs="Calibri"/>
          <w:lang w:val="es-ES"/>
        </w:rPr>
      </w:pPr>
      <w:bookmarkStart w:name="_GoBack" w:id="2"/>
      <w:bookmarkEnd w:id="2"/>
    </w:p>
    <w:sectPr w:rsidRPr="00D83D4F" w:rsidR="00ED73F7" w:rsidSect="008C5A37">
      <w:headerReference w:type="default" r:id="rId9"/>
      <w:footerReference w:type="default" r:id="rId10"/>
      <w:pgSz w:w="12240" w:h="15840" w:orient="portrait"/>
      <w:pgMar w:top="2069" w:right="1417" w:bottom="1134" w:left="1417" w:header="0" w:footer="48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74717" w:rsidRDefault="00174717" w14:paraId="32BDDEB4" w14:textId="77777777">
      <w:pPr>
        <w:spacing w:after="0" w:line="240" w:lineRule="auto"/>
      </w:pPr>
      <w:r>
        <w:separator/>
      </w:r>
    </w:p>
  </w:endnote>
  <w:endnote w:type="continuationSeparator" w:id="0">
    <w:p w:rsidR="00174717" w:rsidRDefault="00174717" w14:paraId="063D909A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3" w:csb1="00000000"/>
  </w:font>
  <w:font w:name="Bell MT">
    <w:panose1 w:val="02020503060305020303"/>
    <w:charset w:val="00"/>
    <w:family w:val="roman"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Pr="00D83D4F" w:rsidR="00ED73F7" w:rsidRDefault="00420138" w14:paraId="40D4ED7C" w14:textId="77777777">
    <w:pPr>
      <w:pStyle w:val="Piedepgina"/>
      <w:jc w:val="center"/>
      <w:rPr>
        <w:lang w:val="es-ES"/>
      </w:rPr>
    </w:pPr>
    <w:r w:rsidRPr="00D83D4F">
      <w:rPr>
        <w:color w:val="4B5564"/>
        <w:sz w:val="16"/>
        <w:lang w:val="es-ES"/>
      </w:rPr>
      <w:t xml:space="preserve">V Congreso Internacional de Orientación Universitaria · CIOU 2027  |  </w:t>
    </w:r>
    <w:r>
      <w:fldChar w:fldCharType="begin"/>
    </w:r>
    <w:r w:rsidRPr="00D83D4F">
      <w:rPr>
        <w:lang w:val="es-ES"/>
      </w:rPr>
      <w:instrText>PAGE</w:instrText>
    </w:r>
    <w:r>
      <w:fldChar w:fldCharType="separate"/>
    </w:r>
    <w:r w:rsidRPr="00D83D4F" w:rsidR="008C5A37">
      <w:rPr>
        <w:noProof/>
        <w:lang w:val="es-ES"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74717" w:rsidRDefault="00174717" w14:paraId="016C154A" w14:textId="77777777">
      <w:pPr>
        <w:spacing w:after="0" w:line="240" w:lineRule="auto"/>
      </w:pPr>
      <w:r>
        <w:separator/>
      </w:r>
    </w:p>
  </w:footnote>
  <w:footnote w:type="continuationSeparator" w:id="0">
    <w:p w:rsidR="00174717" w:rsidRDefault="00174717" w14:paraId="0E1B857B" w14:textId="77777777">
      <w:pPr>
        <w:spacing w:after="0" w:line="240" w:lineRule="auto"/>
      </w:pPr>
      <w:r>
        <w:continuationSeparator/>
      </w:r>
    </w:p>
  </w:footnote>
  <w:footnote w:id="1">
    <w:p w:rsidRPr="00163E81" w:rsidR="00B705D8" w:rsidP="00B705D8" w:rsidRDefault="00B705D8" w14:paraId="7FD6AB35" w14:textId="77777777">
      <w:pPr>
        <w:pStyle w:val="Textonotapie"/>
        <w:rPr>
          <w:rFonts w:asciiTheme="minorHAnsi" w:hAnsiTheme="minorHAnsi" w:cstheme="minorHAnsi"/>
          <w:sz w:val="18"/>
        </w:rPr>
      </w:pPr>
      <w:r w:rsidRPr="00163E81">
        <w:rPr>
          <w:rStyle w:val="Refdenotaalpie"/>
          <w:rFonts w:asciiTheme="minorHAnsi" w:hAnsiTheme="minorHAnsi" w:cstheme="minorHAnsi"/>
        </w:rPr>
        <w:footnoteRef/>
      </w:r>
      <w:r w:rsidRPr="00163E81">
        <w:rPr>
          <w:rFonts w:asciiTheme="minorHAnsi" w:hAnsiTheme="minorHAnsi" w:cstheme="minorHAnsi"/>
        </w:rPr>
        <w:t xml:space="preserve"> </w:t>
      </w:r>
      <w:r w:rsidRPr="00163E81">
        <w:rPr>
          <w:rFonts w:asciiTheme="minorHAnsi" w:hAnsiTheme="minorHAnsi" w:cstheme="minorHAnsi"/>
          <w:sz w:val="18"/>
        </w:rPr>
        <w:t xml:space="preserve">En su caso, inserte una nota a pie de página para hacer referencia al proyecto de investigación y a la entidad financiadora del trabajo </w:t>
      </w:r>
      <w:r>
        <w:rPr>
          <w:rFonts w:asciiTheme="minorHAnsi" w:hAnsiTheme="minorHAnsi" w:cstheme="minorHAnsi"/>
          <w:sz w:val="18"/>
        </w:rPr>
        <w:t>recogido en esta contribución. Letra Calibri 9.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p14">
  <w:p w:rsidR="00ED73F7" w:rsidP="008C5A37" w:rsidRDefault="00420138" w14:paraId="6E966EC6" w14:textId="77777777">
    <w:pPr>
      <w:pStyle w:val="Encabezado"/>
      <w:ind w:left="-426"/>
      <w:jc w:val="center"/>
    </w:pPr>
    <w:r>
      <w:rPr>
        <w:noProof/>
      </w:rPr>
      <w:drawing>
        <wp:inline distT="0" distB="0" distL="0" distR="0" wp14:anchorId="16F77495" wp14:editId="2E403BCA">
          <wp:extent cx="6456045" cy="1584960"/>
          <wp:effectExtent l="0" t="0" r="1905" b="0"/>
          <wp:docPr id="9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.png"/>
                  <pic:cNvPicPr/>
                </pic:nvPicPr>
                <pic:blipFill rotWithShape="1">
                  <a:blip r:embed="rId1"/>
                  <a:srcRect t="11682" b="9346"/>
                  <a:stretch/>
                </pic:blipFill>
                <pic:spPr bwMode="auto">
                  <a:xfrm>
                    <a:off x="0" y="0"/>
                    <a:ext cx="6456935" cy="1585178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hint="default" w:ascii="Symbol" w:hAnsi="Symbol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dirty"/>
  <w:trackRevisions w:val="false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74717"/>
    <w:rsid w:val="0029639D"/>
    <w:rsid w:val="00326F90"/>
    <w:rsid w:val="00420138"/>
    <w:rsid w:val="008C5A37"/>
    <w:rsid w:val="00AA1D8D"/>
    <w:rsid w:val="00B47730"/>
    <w:rsid w:val="00B705D8"/>
    <w:rsid w:val="00CB0664"/>
    <w:rsid w:val="00D83D4F"/>
    <w:rsid w:val="00D908E5"/>
    <w:rsid w:val="00ED73F7"/>
    <w:rsid w:val="00FC693F"/>
    <w:rsid w:val="1E642E25"/>
    <w:rsid w:val="6119576E"/>
    <w:rsid w:val="7F4C8D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217690F5"/>
  <w14:defaultImageDpi w14:val="300"/>
  <w15:docId w15:val="{7369EC90-008B-4F7C-BE0C-C140FCDC35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hAnsiTheme="minorHAnsi" w:eastAsiaTheme="minorEastAsia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name w:val="Normal"/>
    <w:qFormat/>
    <w:rsid w:val="00FC693F"/>
    <w:pPr>
      <w:spacing w:after="120"/>
    </w:pPr>
    <w:rPr>
      <w:rFonts w:ascii="Calibri" w:hAnsi="Calibri"/>
      <w:color w:val="2F3943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240" w:after="100"/>
      <w:outlineLvl w:val="0"/>
    </w:pPr>
    <w:rPr>
      <w:rFonts w:asciiTheme="majorHAnsi" w:hAnsiTheme="majorHAnsi" w:eastAsiaTheme="majorEastAsia" w:cstheme="majorBidi"/>
      <w:b/>
      <w:bCs/>
      <w:color w:val="0059A7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</w:rPr>
  </w:style>
  <w:style w:type="character" w:styleId="Fuentedeprrafopredeter" w:default="1">
    <w:name w:val="Default Paragraph Font"/>
    <w:uiPriority w:val="1"/>
    <w:semiHidden/>
    <w:unhideWhenUsed/>
  </w:style>
  <w:style w:type="table" w:styleId="Tabla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inlista" w:default="1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EncabezadoCar" w:customStyle="1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PiedepginaCar" w:customStyle="1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styleId="Ttulo1Car" w:customStyle="1">
    <w:name w:val="Título 1 Car"/>
    <w:basedOn w:val="Fuentedeprrafopredeter"/>
    <w:link w:val="Ttulo1"/>
    <w:uiPriority w:val="9"/>
    <w:rsid w:val="00FC693F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Ttulo2Car" w:customStyle="1">
    <w:name w:val="Título 2 Car"/>
    <w:basedOn w:val="Fuentedeprrafopredeter"/>
    <w:link w:val="Ttulo2"/>
    <w:uiPriority w:val="9"/>
    <w:rsid w:val="00FC693F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Ttulo3Car" w:customStyle="1">
    <w:name w:val="Título 3 Car"/>
    <w:basedOn w:val="Fuentedeprrafopredeter"/>
    <w:link w:val="Ttulo3"/>
    <w:uiPriority w:val="9"/>
    <w:rsid w:val="00FC693F"/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color="4F81BD" w:themeColor="accent1" w:sz="8" w:space="4"/>
      </w:pBdr>
      <w:spacing w:before="240" w:after="100" w:line="240" w:lineRule="auto"/>
      <w:contextualSpacing/>
    </w:pPr>
    <w:rPr>
      <w:rFonts w:asciiTheme="majorHAnsi" w:hAnsiTheme="majorHAnsi" w:eastAsiaTheme="majorEastAsia" w:cstheme="majorBidi"/>
      <w:b/>
      <w:color w:val="0050A0"/>
      <w:spacing w:val="5"/>
      <w:kern w:val="28"/>
      <w:sz w:val="28"/>
      <w:szCs w:val="52"/>
    </w:rPr>
  </w:style>
  <w:style w:type="character" w:styleId="TtuloCar" w:customStyle="1">
    <w:name w:val="Título Car"/>
    <w:basedOn w:val="Fuentedeprrafopredeter"/>
    <w:link w:val="Ttulo"/>
    <w:uiPriority w:val="10"/>
    <w:rsid w:val="00FC693F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tuloCar" w:customStyle="1">
    <w:name w:val="Subtítulo Car"/>
    <w:basedOn w:val="Fuentedeprrafopredeter"/>
    <w:link w:val="Subttulo"/>
    <w:uiPriority w:val="11"/>
    <w:rsid w:val="00FC693F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</w:style>
  <w:style w:type="character" w:styleId="TextoindependienteCar" w:customStyle="1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line="480" w:lineRule="auto"/>
    </w:pPr>
  </w:style>
  <w:style w:type="character" w:styleId="Textoindependiente2Car" w:customStyle="1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rPr>
      <w:sz w:val="16"/>
      <w:szCs w:val="16"/>
    </w:rPr>
  </w:style>
  <w:style w:type="character" w:styleId="Textoindependiente3Car" w:customStyle="1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TextomacroCar" w:customStyle="1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styleId="CitaCar" w:customStyle="1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styleId="Ttulo4Car" w:customStyle="1">
    <w:name w:val="Título 4 Car"/>
    <w:basedOn w:val="Fuentedeprrafopredeter"/>
    <w:link w:val="Ttulo4"/>
    <w:uiPriority w:val="9"/>
    <w:semiHidden/>
    <w:rsid w:val="00FC693F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Ttulo5Car" w:customStyle="1">
    <w:name w:val="Título 5 Car"/>
    <w:basedOn w:val="Fuentedeprrafopredeter"/>
    <w:link w:val="Ttulo5"/>
    <w:uiPriority w:val="9"/>
    <w:semiHidden/>
    <w:rsid w:val="00FC693F"/>
    <w:rPr>
      <w:rFonts w:asciiTheme="majorHAnsi" w:hAnsiTheme="majorHAnsi" w:eastAsiaTheme="majorEastAsia" w:cstheme="majorBidi"/>
      <w:color w:val="243F60" w:themeColor="accent1" w:themeShade="7F"/>
    </w:rPr>
  </w:style>
  <w:style w:type="character" w:styleId="Ttulo6Car" w:customStyle="1">
    <w:name w:val="Título 6 Car"/>
    <w:basedOn w:val="Fuentedeprrafopredeter"/>
    <w:link w:val="Ttulo6"/>
    <w:uiPriority w:val="9"/>
    <w:semiHidden/>
    <w:rsid w:val="00FC693F"/>
    <w:rPr>
      <w:rFonts w:asciiTheme="majorHAnsi" w:hAnsiTheme="majorHAnsi" w:eastAsiaTheme="majorEastAsia" w:cstheme="majorBidi"/>
      <w:i/>
      <w:iCs/>
      <w:color w:val="243F60" w:themeColor="accent1" w:themeShade="7F"/>
    </w:rPr>
  </w:style>
  <w:style w:type="character" w:styleId="Ttulo7Car" w:customStyle="1">
    <w:name w:val="Título 7 Car"/>
    <w:basedOn w:val="Fuentedeprrafopredeter"/>
    <w:link w:val="Ttulo7"/>
    <w:uiPriority w:val="9"/>
    <w:semiHidden/>
    <w:rsid w:val="00FC693F"/>
    <w:rPr>
      <w:rFonts w:asciiTheme="majorHAnsi" w:hAnsiTheme="majorHAnsi" w:eastAsiaTheme="majorEastAsia" w:cstheme="majorBidi"/>
      <w:i/>
      <w:iCs/>
      <w:color w:val="404040" w:themeColor="text1" w:themeTint="BF"/>
    </w:rPr>
  </w:style>
  <w:style w:type="character" w:styleId="Ttulo8Car" w:customStyle="1">
    <w:name w:val="Título 8 Car"/>
    <w:basedOn w:val="Fuentedeprrafopredeter"/>
    <w:link w:val="Ttulo8"/>
    <w:uiPriority w:val="9"/>
    <w:semiHidden/>
    <w:rsid w:val="00FC693F"/>
    <w:rPr>
      <w:rFonts w:asciiTheme="majorHAnsi" w:hAnsiTheme="majorHAnsi" w:eastAsiaTheme="majorEastAsia" w:cstheme="majorBidi"/>
      <w:color w:val="4F81BD" w:themeColor="accent1"/>
      <w:sz w:val="20"/>
      <w:szCs w:val="20"/>
    </w:rPr>
  </w:style>
  <w:style w:type="character" w:styleId="Ttulo9Car" w:customStyle="1">
    <w:name w:val="Título 9 Car"/>
    <w:basedOn w:val="Fuentedeprrafopredeter"/>
    <w:link w:val="Ttulo9"/>
    <w:uiPriority w:val="9"/>
    <w:semiHidden/>
    <w:rsid w:val="00FC693F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Textoennegrita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styleId="CitadestacadaCar" w:customStyle="1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404040" w:themeColor="text1" w:themeTint="BF" w:sz="8" w:space="0"/>
          <w:left w:val="single" w:color="404040" w:themeColor="text1" w:themeTint="BF" w:sz="8" w:space="0"/>
          <w:bottom w:val="single" w:color="404040" w:themeColor="text1" w:themeTint="BF" w:sz="8" w:space="0"/>
          <w:right w:val="single" w:color="404040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04040" w:themeColor="text1" w:themeTint="BF" w:sz="6" w:space="0"/>
          <w:left w:val="single" w:color="404040" w:themeColor="text1" w:themeTint="BF" w:sz="8" w:space="0"/>
          <w:bottom w:val="single" w:color="404040" w:themeColor="text1" w:themeTint="BF" w:sz="8" w:space="0"/>
          <w:right w:val="single" w:color="404040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B3CC82" w:themeColor="accent3" w:themeTint="BF" w:sz="8" w:space="0"/>
          <w:left w:val="single" w:color="B3CC82" w:themeColor="accent3" w:themeTint="BF" w:sz="8" w:space="0"/>
          <w:bottom w:val="single" w:color="B3CC82" w:themeColor="accent3" w:themeTint="BF" w:sz="8" w:space="0"/>
          <w:right w:val="single" w:color="B3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3CC82" w:themeColor="accent3" w:themeTint="BF" w:sz="6" w:space="0"/>
          <w:left w:val="single" w:color="B3CC82" w:themeColor="accent3" w:themeTint="BF" w:sz="8" w:space="0"/>
          <w:bottom w:val="single" w:color="B3CC82" w:themeColor="accent3" w:themeTint="BF" w:sz="8" w:space="0"/>
          <w:right w:val="single" w:color="B3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  <w:insideV w:val="single" w:color="404040" w:themeColor="text1" w:themeTint="BF" w:sz="8" w:space="0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404040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  <w:insideV w:val="single" w:color="B3CC82" w:themeColor="accent3" w:themeTint="BF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3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color="000000" w:themeColor="text1" w:sz="6" w:space="0"/>
          <w:insideV w:val="single" w:color="000000" w:themeColor="text1" w:sz="6" w:space="0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color="4F81BD" w:themeColor="accent1" w:sz="6" w:space="0"/>
          <w:insideV w:val="single" w:color="4F81BD" w:themeColor="accent1" w:sz="6" w:space="0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color="C0504D" w:themeColor="accent2" w:sz="6" w:space="0"/>
          <w:insideV w:val="single" w:color="C0504D" w:themeColor="accent2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color="9BBB59" w:themeColor="accent3" w:sz="6" w:space="0"/>
          <w:insideV w:val="single" w:color="9BBB59" w:themeColor="accent3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color="8064A2" w:themeColor="accent4" w:sz="6" w:space="0"/>
          <w:insideV w:val="single" w:color="8064A2" w:themeColor="accent4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color="4BACC6" w:themeColor="accent5" w:sz="6" w:space="0"/>
          <w:insideV w:val="single" w:color="4BACC6" w:themeColor="accent5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color="F79646" w:themeColor="accent6" w:sz="6" w:space="0"/>
          <w:insideV w:val="single" w:color="F79646" w:themeColor="accent6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000000" w:themeColor="text1" w:themeShade="99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C4C74" w:themeColor="accent1" w:themeShade="99" w:sz="4" w:space="0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772C2A" w:themeColor="accent2" w:themeShade="99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5E7530" w:themeColor="accent3" w:themeShade="99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4C3B62" w:themeColor="accent4" w:themeShade="99" w:sz="4" w:space="0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76A7C" w:themeColor="accent5" w:themeShade="99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B65608" w:themeColor="accent6" w:themeShade="99" w:sz="4" w:space="0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InstitucinautoraCar" w:customStyle="1">
    <w:name w:val="Institución autor/a Car"/>
    <w:basedOn w:val="Fuentedeprrafopredeter"/>
    <w:link w:val="Institucinautora"/>
    <w:locked/>
    <w:rsid w:val="00D83D4F"/>
    <w:rPr>
      <w:rFonts w:ascii="Bell MT" w:hAnsi="Bell MT" w:eastAsia="Times New Roman"/>
    </w:rPr>
  </w:style>
  <w:style w:type="paragraph" w:styleId="Institucinautora" w:customStyle="1">
    <w:name w:val="Institución autor/a"/>
    <w:basedOn w:val="Normal"/>
    <w:link w:val="InstitucinautoraCar"/>
    <w:qFormat/>
    <w:rsid w:val="00D83D4F"/>
    <w:pPr>
      <w:spacing w:before="120" w:after="240"/>
      <w:jc w:val="right"/>
    </w:pPr>
    <w:rPr>
      <w:rFonts w:ascii="Bell MT" w:hAnsi="Bell MT" w:eastAsia="Times New Roman"/>
      <w:color w:val="auto"/>
    </w:rPr>
  </w:style>
  <w:style w:type="character" w:styleId="NombredeAutoresasCar" w:customStyle="1">
    <w:name w:val="Nombre de Autores/as Car"/>
    <w:basedOn w:val="Fuentedeprrafopredeter"/>
    <w:link w:val="NombredeAutoresas"/>
    <w:locked/>
    <w:rsid w:val="00D83D4F"/>
    <w:rPr>
      <w:rFonts w:ascii="Bell MT" w:hAnsi="Bell MT" w:eastAsia="Times New Roman"/>
      <w:lang w:val="pt-BR" w:eastAsia="pt-BR"/>
    </w:rPr>
  </w:style>
  <w:style w:type="paragraph" w:styleId="NombredeAutoresas" w:customStyle="1">
    <w:name w:val="Nombre de Autores/as"/>
    <w:basedOn w:val="Normal"/>
    <w:link w:val="NombredeAutoresasCar"/>
    <w:qFormat/>
    <w:rsid w:val="00D83D4F"/>
    <w:pPr>
      <w:spacing w:after="0" w:line="240" w:lineRule="auto"/>
      <w:jc w:val="right"/>
    </w:pPr>
    <w:rPr>
      <w:rFonts w:ascii="Bell MT" w:hAnsi="Bell MT" w:eastAsia="Times New Roman"/>
      <w:color w:val="auto"/>
      <w:lang w:val="pt-BR" w:eastAsia="pt-BR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B705D8"/>
    <w:pPr>
      <w:widowControl w:val="0"/>
      <w:spacing w:after="0" w:line="240" w:lineRule="auto"/>
    </w:pPr>
    <w:rPr>
      <w:rFonts w:ascii="Garamond" w:hAnsi="Garamond" w:eastAsia="Times New Roman" w:cs="Times New Roman"/>
      <w:color w:val="auto"/>
      <w:sz w:val="20"/>
      <w:szCs w:val="20"/>
      <w:lang w:val="es-ES" w:eastAsia="es-ES"/>
    </w:rPr>
  </w:style>
  <w:style w:type="character" w:styleId="TextonotapieCar" w:customStyle="1">
    <w:name w:val="Texto nota pie Car"/>
    <w:basedOn w:val="Fuentedeprrafopredeter"/>
    <w:link w:val="Textonotapie"/>
    <w:uiPriority w:val="99"/>
    <w:semiHidden/>
    <w:rsid w:val="00B705D8"/>
    <w:rPr>
      <w:rFonts w:ascii="Garamond" w:hAnsi="Garamond" w:eastAsia="Times New Roman" w:cs="Times New Roman"/>
      <w:sz w:val="20"/>
      <w:szCs w:val="20"/>
      <w:lang w:val="es-ES" w:eastAsia="es-ES"/>
    </w:rPr>
  </w:style>
  <w:style w:type="character" w:styleId="Refdenotaalpie">
    <w:name w:val="footnote reference"/>
    <w:basedOn w:val="Fuentedeprrafopredeter"/>
    <w:uiPriority w:val="99"/>
    <w:semiHidden/>
    <w:unhideWhenUsed/>
    <w:rsid w:val="00B705D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media/image1.png" Id="rId8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theme" Target="theme/theme1.xml" Id="rId12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fontTable" Target="fontTable.xml" Id="rId11" /><Relationship Type="http://schemas.openxmlformats.org/officeDocument/2006/relationships/webSettings" Target="webSettings.xml" Id="rId5" /><Relationship Type="http://schemas.openxmlformats.org/officeDocument/2006/relationships/footer" Target="footer1.xml" Id="rId10" /><Relationship Type="http://schemas.openxmlformats.org/officeDocument/2006/relationships/settings" Target="settings.xml" Id="rId4" /><Relationship Type="http://schemas.openxmlformats.org/officeDocument/2006/relationships/header" Target="header1.xml" Id="rId9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3EA315F1-BFE3-4103-9576-9C505FB5327C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Manager/>
  <ap:Company/>
  <ap:SharedDoc>false</ap:SharedDoc>
  <ap:HyperlinkBase/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Plantilla CIOU 2027 - comunicaciones de innovación e intervención</dc:title>
  <dc:subject>Propuestas no empíricas de comunicación oral</dc:subject>
  <dc:creator>python-docx</dc:creator>
  <keywords/>
  <dc:description>generated by python-docx</dc:description>
  <lastModifiedBy>Robert Guerau Valls Figuera</lastModifiedBy>
  <revision>4</revision>
  <lastPrinted>2026-10-17T12:05:00.0000000Z</lastPrinted>
  <dcterms:created xsi:type="dcterms:W3CDTF">2026-10-17T12:20:00.0000000Z</dcterms:created>
  <dcterms:modified xsi:type="dcterms:W3CDTF">2026-10-19T11:01:38.9625441Z</dcterms:modified>
  <category/>
</coreProperties>
</file>